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CAR PURCHASE AND SALE AGREEMENT</w:t>
      </w:r>
    </w:p>
    <w:p/>
    <w:p>
      <w:r>
        <w:rPr>
          <w:b w:val="0"/>
          <w:sz w:val="20"/>
        </w:rPr>
        <w:t>Place: ____________________________    Date: ____________________________</w:t>
      </w:r>
    </w:p>
    <w:p/>
    <w:p>
      <w:r>
        <w:rPr>
          <w:b/>
          <w:sz w:val="20"/>
        </w:rPr>
        <w:t>Seller Information:</w:t>
      </w:r>
    </w:p>
    <w:p>
      <w:r>
        <w:rPr>
          <w:b w:val="0"/>
          <w:sz w:val="20"/>
        </w:rPr>
        <w:t>Full Name: ____________________________________________________________</w:t>
      </w:r>
    </w:p>
    <w:p>
      <w:r>
        <w:rPr>
          <w:b w:val="0"/>
          <w:sz w:val="20"/>
        </w:rPr>
        <w:t>Driver’s License No.: 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Buyer Information:</w:t>
      </w:r>
    </w:p>
    <w:p>
      <w:r>
        <w:rPr>
          <w:b w:val="0"/>
          <w:sz w:val="20"/>
        </w:rPr>
        <w:t>Full Name: ____________________________________________________________</w:t>
      </w:r>
    </w:p>
    <w:p>
      <w:r>
        <w:rPr>
          <w:b w:val="0"/>
          <w:sz w:val="20"/>
        </w:rPr>
        <w:t>Driver’s License No.: 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Vehicle Information:</w:t>
      </w:r>
    </w:p>
    <w:p>
      <w:r>
        <w:rPr>
          <w:b w:val="0"/>
          <w:sz w:val="20"/>
        </w:rPr>
        <w:t>Make: _______________________________________________________________</w:t>
      </w:r>
    </w:p>
    <w:p>
      <w:r>
        <w:rPr>
          <w:b w:val="0"/>
          <w:sz w:val="20"/>
        </w:rPr>
        <w:t>Model: ______________________________________________________________</w:t>
      </w:r>
    </w:p>
    <w:p>
      <w:r>
        <w:rPr>
          <w:b w:val="0"/>
          <w:sz w:val="20"/>
        </w:rPr>
        <w:t>Year: _______________________________________________________________</w:t>
      </w:r>
    </w:p>
    <w:p>
      <w:r>
        <w:rPr>
          <w:b w:val="0"/>
          <w:sz w:val="20"/>
        </w:rPr>
        <w:t>VIN (Vehicle Identification Number): _________________________________</w:t>
      </w:r>
    </w:p>
    <w:p>
      <w:r>
        <w:rPr>
          <w:b w:val="0"/>
          <w:sz w:val="20"/>
        </w:rPr>
        <w:t>Registration Number: _________________________________________________</w:t>
      </w:r>
    </w:p>
    <w:p>
      <w:r>
        <w:rPr>
          <w:b w:val="0"/>
          <w:sz w:val="20"/>
        </w:rPr>
        <w:t>Odometer Reading: ____________________ km</w:t>
      </w:r>
    </w:p>
    <w:p>
      <w:r>
        <w:rPr>
          <w:b w:val="0"/>
          <w:sz w:val="20"/>
        </w:rPr>
        <w:t>Colour: _____________________________________________________________</w:t>
      </w:r>
    </w:p>
    <w:p>
      <w:r>
        <w:rPr>
          <w:b w:val="0"/>
          <w:sz w:val="20"/>
        </w:rPr>
        <w:t>Condition: ___________________________________________________________</w:t>
      </w:r>
    </w:p>
    <w:p/>
    <w:p>
      <w:r>
        <w:rPr>
          <w:b/>
          <w:sz w:val="20"/>
        </w:rPr>
        <w:t>Price and Payment Terms:</w:t>
      </w:r>
    </w:p>
    <w:p>
      <w:r>
        <w:rPr>
          <w:b w:val="0"/>
          <w:sz w:val="20"/>
        </w:rPr>
        <w:t>Purchase Price: ________________ AUD</w:t>
      </w:r>
    </w:p>
    <w:p>
      <w:r>
        <w:rPr>
          <w:b w:val="0"/>
          <w:sz w:val="20"/>
        </w:rPr>
        <w:t>Deposit Amount (if any): __________________ AUD</w:t>
      </w:r>
    </w:p>
    <w:p>
      <w:r>
        <w:rPr>
          <w:b w:val="0"/>
          <w:sz w:val="20"/>
        </w:rPr>
        <w:t>Balance Due: ___________________ AUD</w:t>
      </w:r>
    </w:p>
    <w:p>
      <w:r>
        <w:rPr>
          <w:b w:val="0"/>
          <w:sz w:val="20"/>
        </w:rPr>
        <w:t>Payment Method/Terms: ________________________________________________</w:t>
      </w:r>
    </w:p>
    <w:p/>
    <w:p>
      <w:r>
        <w:rPr>
          <w:b/>
          <w:sz w:val="20"/>
        </w:rPr>
        <w:t>Clause 1 – Agreement to Sell and Purchase</w:t>
      </w:r>
    </w:p>
    <w:p>
      <w:r>
        <w:rPr>
          <w:b w:val="0"/>
          <w:sz w:val="20"/>
        </w:rPr>
        <w:t>The Seller agrees to sell and the Buyer agrees to purchase the vehicle described above on the terms and conditions set forth herein. This agreement constitutes a legally binding contract between the parties.</w:t>
      </w:r>
    </w:p>
    <w:p/>
    <w:p>
      <w:r>
        <w:rPr>
          <w:b/>
          <w:sz w:val="20"/>
        </w:rPr>
        <w:t>Clause 2 – Condition of Vehicle and Inspection</w:t>
      </w:r>
    </w:p>
    <w:p>
      <w:r>
        <w:rPr>
          <w:b w:val="0"/>
          <w:sz w:val="20"/>
        </w:rPr>
        <w:t>The Buyer acknowledges having inspected the vehicle or having waived the right to inspect. The vehicle is sold 'as is' with all faults and defects, whether apparent or latent, known or unknown, except as otherwise stated in this contract. The Seller makes no warranties or guarantees, express or implied, except those stated in this agreement.</w:t>
      </w:r>
    </w:p>
    <w:p/>
    <w:p>
      <w:r>
        <w:rPr>
          <w:b/>
          <w:sz w:val="20"/>
        </w:rPr>
        <w:t>Clause 3 – Title and Ownership</w:t>
      </w:r>
    </w:p>
    <w:p>
      <w:r>
        <w:rPr>
          <w:b w:val="0"/>
          <w:sz w:val="20"/>
        </w:rPr>
        <w:t>The Seller represents that they are the legal and registered owner of the vehicle, and that the vehicle is free from any charge, lien, or encumbrance. Title and ownership will transfer to the Buyer upon full payment of the purchase price and execution of any required transfer documents.</w:t>
      </w:r>
    </w:p>
    <w:p/>
    <w:p>
      <w:r>
        <w:rPr>
          <w:b/>
          <w:sz w:val="20"/>
        </w:rPr>
        <w:t>Clause 4 – Transfer of Registration</w:t>
      </w:r>
    </w:p>
    <w:p>
      <w:r>
        <w:rPr>
          <w:b w:val="0"/>
          <w:sz w:val="20"/>
        </w:rPr>
        <w:t>The Buyer shall be responsible for the transfer of the vehicle registration and any associated costs with the relevant Australian authorities within the statutory period following the transfer of ownership.</w:t>
      </w:r>
    </w:p>
    <w:p/>
    <w:p>
      <w:r>
        <w:rPr>
          <w:b/>
          <w:sz w:val="20"/>
        </w:rPr>
        <w:t>Clause 5 – Risk and Possession</w:t>
      </w:r>
    </w:p>
    <w:p>
      <w:r>
        <w:rPr>
          <w:b w:val="0"/>
          <w:sz w:val="20"/>
        </w:rPr>
        <w:t>Risk in the vehicle shall pass to the Buyer upon delivery. Possession of the vehicle will be delivered to the Buyer once full payment has been made and this agreement executed.</w:t>
      </w:r>
    </w:p>
    <w:p/>
    <w:p>
      <w:r>
        <w:rPr>
          <w:b/>
          <w:sz w:val="20"/>
        </w:rPr>
        <w:t>Clause 6 – Warranties and Guarantees</w:t>
      </w:r>
    </w:p>
    <w:p>
      <w:r>
        <w:rPr>
          <w:b w:val="0"/>
          <w:sz w:val="20"/>
        </w:rPr>
        <w:t>Except as expressly provided in this agreement, the vehicle is sold without any warranty or guarantee, either express or implied, including but not limited to warranties of merchantability or fitness for a particular purpose.</w:t>
      </w:r>
    </w:p>
    <w:p/>
    <w:p>
      <w:r>
        <w:rPr>
          <w:b/>
          <w:sz w:val="20"/>
        </w:rPr>
        <w:t>Clause 7 – Refunds and Returns</w:t>
      </w:r>
    </w:p>
    <w:p>
      <w:r>
        <w:rPr>
          <w:b w:val="0"/>
          <w:sz w:val="20"/>
        </w:rPr>
        <w:t>There shall be no refunds or returns of the vehicle once this agreement is signed and payment has been made, except as required by Australian Consumer Law.</w:t>
      </w:r>
    </w:p>
    <w:p/>
    <w:p>
      <w:r>
        <w:rPr>
          <w:b/>
          <w:sz w:val="20"/>
        </w:rPr>
        <w:t>Clause 8 – Default</w:t>
      </w:r>
    </w:p>
    <w:p>
      <w:r>
        <w:rPr>
          <w:b w:val="0"/>
          <w:sz w:val="20"/>
        </w:rPr>
        <w:t>If the Buyer fails to pay the balance of the purchase price by the agreed date, the Seller has the right to terminate this agreement and retain any deposit as liquidated damages. If the Seller fails to deliver the vehicle as agreed, the Buyer may terminate this agreement and be entitled to a full refund of any monies paid.</w:t>
      </w:r>
    </w:p>
    <w:p/>
    <w:p>
      <w:r>
        <w:rPr>
          <w:b/>
          <w:sz w:val="20"/>
        </w:rPr>
        <w:t>Clause 9 – Governing Law and Jurisdiction</w:t>
      </w:r>
    </w:p>
    <w:p>
      <w:r>
        <w:rPr>
          <w:b w:val="0"/>
          <w:sz w:val="20"/>
        </w:rPr>
        <w:t>This agreement shall be governed by and construed in accordance with the laws of the Commonwealth of Australia and the State or Territory in which the vehicle is located. Any disputes arising out of or in connection with this agreement shall be subject to the exclusive jurisdiction of the courts of that State or Territory.</w:t>
      </w:r>
    </w:p>
    <w:p/>
    <w:p>
      <w:r>
        <w:rPr>
          <w:b/>
          <w:sz w:val="20"/>
        </w:rPr>
        <w:t>Clause 10 – Entire Agreement</w:t>
      </w:r>
    </w:p>
    <w:p>
      <w:r>
        <w:rPr>
          <w:b w:val="0"/>
          <w:sz w:val="20"/>
        </w:rPr>
        <w:t>This document constitutes the entire agreement between the parties with respect to the sale of the vehicle and supersedes all prior negotiations, representations, or agreements, whether written or oral.</w:t>
      </w:r>
    </w:p>
    <w:p/>
    <w:p>
      <w:r>
        <w:rPr>
          <w:b/>
          <w:sz w:val="20"/>
        </w:rPr>
        <w:t>Clause 11 – Severability</w:t>
      </w:r>
    </w:p>
    <w:p>
      <w:r>
        <w:rPr>
          <w:b w:val="0"/>
          <w:sz w:val="20"/>
        </w:rPr>
        <w:t>If any provision of this agreement is held to be invalid or unenforceable, the remaining provisions shall continue in full force and effect.</w:t>
      </w:r>
    </w:p>
    <w:p/>
    <w:p>
      <w:r>
        <w:rPr>
          <w:b/>
          <w:sz w:val="20"/>
        </w:rPr>
        <w:t>Clause 12 – Notices</w:t>
      </w:r>
    </w:p>
    <w:p>
      <w:r>
        <w:rPr>
          <w:b w:val="0"/>
          <w:sz w:val="20"/>
        </w:rPr>
        <w:t>Any notices required or permitted under this agreement shall be in writing and delivered personally, by prepaid post, or by email to the addresses provided by the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https://templatesdocs-au.com/car-contract-of-sale/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car-contract-of-sale/"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