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CONSENT FORM</w:t>
      </w:r>
    </w:p>
    <w:p/>
    <w:p/>
    <w:p>
      <w:r>
        <w:rPr>
          <w:b w:val="0"/>
          <w:sz w:val="20"/>
        </w:rPr>
        <w:t>I, the undersigned, hereby give my full and informed consent to the terms and conditions described in this document. I acknowledge that I have read, understood, and agree to all provisions contained herein.</w:t>
      </w:r>
    </w:p>
    <w:p/>
    <w:p>
      <w:r>
        <w:rPr>
          <w:b/>
          <w:sz w:val="20"/>
        </w:rPr>
        <w:t>Personal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w:t>
      </w:r>
    </w:p>
    <w:p>
      <w:r>
        <w:rPr>
          <w:b w:val="0"/>
          <w:sz w:val="20"/>
        </w:rPr>
        <w:t>Email Address: ________________________________________________________</w:t>
      </w:r>
    </w:p>
    <w:p/>
    <w:p>
      <w:r>
        <w:rPr>
          <w:b/>
          <w:sz w:val="20"/>
        </w:rPr>
        <w:t>Details of Consent:</w:t>
      </w:r>
    </w:p>
    <w:p>
      <w:r>
        <w:rPr>
          <w:b w:val="0"/>
          <w:sz w:val="20"/>
        </w:rPr>
        <w:t>Purpose of Consent: ____________________________________________________</w:t>
      </w:r>
    </w:p>
    <w:p>
      <w:r>
        <w:rPr>
          <w:b w:val="0"/>
          <w:sz w:val="20"/>
        </w:rPr>
        <w:t>Description of activities or procedures consented to: _____________________</w:t>
      </w:r>
    </w:p>
    <w:p>
      <w:r>
        <w:rPr>
          <w:b w:val="0"/>
          <w:sz w:val="20"/>
        </w:rPr>
        <w:t>________________________________________________________________________</w:t>
      </w:r>
    </w:p>
    <w:p>
      <w:r>
        <w:rPr>
          <w:b w:val="0"/>
          <w:sz w:val="20"/>
        </w:rPr>
        <w:t>Duration of Consent: ____________________________________________________</w:t>
      </w:r>
    </w:p>
    <w:p>
      <w:r>
        <w:rPr>
          <w:b w:val="0"/>
          <w:sz w:val="20"/>
        </w:rPr>
        <w:t>Conditions or limitations: _______________________________________________</w:t>
      </w:r>
    </w:p>
    <w:p/>
    <w:p>
      <w:r>
        <w:rPr>
          <w:b/>
          <w:sz w:val="20"/>
        </w:rPr>
        <w:t>Rights of the Consenter:</w:t>
      </w:r>
    </w:p>
    <w:p>
      <w:r>
        <w:rPr>
          <w:b w:val="0"/>
          <w:sz w:val="20"/>
        </w:rPr>
        <w:t>I understand that my participation is voluntary and that I have the right to withdraw my consent at any time without penalty or loss of benefits to which I am otherwise entitled.</w:t>
      </w:r>
    </w:p>
    <w:p>
      <w:r>
        <w:rPr>
          <w:b w:val="0"/>
          <w:sz w:val="20"/>
        </w:rPr>
        <w:t>I acknowledge that I may ask questions at any time and that I have received satisfactory answers to all my questions.</w:t>
      </w:r>
    </w:p>
    <w:p>
      <w:r>
        <w:rPr>
          <w:b w:val="0"/>
          <w:sz w:val="20"/>
        </w:rPr>
        <w:t>I understand that the information collected will be kept confidential and used solely for the purposes stated above, in accordance with applicable Australian privacy laws.</w:t>
      </w:r>
    </w:p>
    <w:p/>
    <w:p>
      <w:r>
        <w:rPr>
          <w:b/>
          <w:sz w:val="20"/>
        </w:rPr>
        <w:t>Confidentiality:</w:t>
      </w:r>
    </w:p>
    <w:p>
      <w:r>
        <w:rPr>
          <w:b w:val="0"/>
          <w:sz w:val="20"/>
        </w:rPr>
        <w:t>All personal information provided is confidential and will be stored securely. Information will only be disclosed with my permission or as required by law.</w:t>
      </w:r>
    </w:p>
    <w:p/>
    <w:p>
      <w:r>
        <w:rPr>
          <w:b/>
          <w:sz w:val="20"/>
        </w:rPr>
        <w:t>Risks and Benefits:</w:t>
      </w:r>
    </w:p>
    <w:p>
      <w:r>
        <w:rPr>
          <w:b w:val="0"/>
          <w:sz w:val="20"/>
        </w:rPr>
        <w:t>I understand the potential risks and benefits associated with the activities or procedures described above and have had the opportunity to discuss these with the relevant parties.</w:t>
      </w:r>
    </w:p>
    <w:p/>
    <w:p>
      <w:r>
        <w:rPr>
          <w:b/>
          <w:sz w:val="20"/>
        </w:rPr>
        <w:t>Legal Compliance:</w:t>
      </w:r>
    </w:p>
    <w:p>
      <w:r>
        <w:rPr>
          <w:b w:val="0"/>
          <w:sz w:val="20"/>
        </w:rPr>
        <w:t>This consent form complies with all applicable Australian laws and regulations, including but not limited to the Privacy Act 1988 (Cth) and the Australian Consumer Law, ensuring that my rights as a consenter are protected.</w:t>
      </w:r>
    </w:p>
    <w:p/>
    <w:p>
      <w:r>
        <w:rPr>
          <w:b/>
          <w:sz w:val="20"/>
        </w:rPr>
        <w:t>Disclaimer:</w:t>
      </w:r>
    </w:p>
    <w:p>
      <w:r>
        <w:rPr>
          <w:b w:val="0"/>
          <w:sz w:val="20"/>
        </w:rPr>
        <w:t>I understand that no guarantees or warranties have been made to me regarding the outcome of the activities or procedures described herein.</w:t>
      </w:r>
    </w:p>
    <w:p/>
    <w:p>
      <w:r>
        <w:rPr>
          <w:b/>
          <w:sz w:val="20"/>
        </w:rPr>
        <w:t>Indemnity and Release:</w:t>
      </w:r>
    </w:p>
    <w:p>
      <w:r>
        <w:rPr>
          <w:b w:val="0"/>
          <w:sz w:val="20"/>
        </w:rPr>
        <w:t>I hereby release and indemnify all persons involved from any liability arising from my participation, except where prohibited by law.</w:t>
      </w:r>
    </w:p>
    <w:p/>
    <w:p>
      <w:r>
        <w:rPr>
          <w:b/>
          <w:sz w:val="20"/>
        </w:rPr>
        <w:t>Signature and Acknowledgement:</w:t>
      </w:r>
    </w:p>
    <w:p>
      <w:r>
        <w:rPr>
          <w:b w:val="0"/>
          <w:sz w:val="20"/>
        </w:rPr>
        <w:t>I confirm that I have had the opportunity to read and understand this consent form and that all my questions have been answered to my satisfaction.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CONSENTER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Relationship/Position: __________________</w:t>
            </w:r>
          </w:p>
        </w:tc>
      </w:tr>
    </w:tbl>
    <w:p/>
    <w:p/>
    <w:p>
      <w:r>
        <w:rPr>
          <w:b w:val="0"/>
          <w:sz w:val="20"/>
        </w:rPr>
        <w:t>I acknowledge that I have received a copy of this consent form.</w:t>
      </w:r>
    </w:p>
    <w:p/>
    <w:p/>
    <w:p/>
    <w:p>
      <w:r>
        <w:br w:type="page"/>
      </w:r>
    </w:p>
    <w:p>
      <w:pPr>
        <w:jc w:val="center"/>
      </w:pPr>
      <w:r>
        <w:rPr>
          <w:color w:val="555555"/>
          <w:sz w:val="24"/>
        </w:rPr>
        <w:t>Original source of this document:</w:t>
      </w:r>
    </w:p>
    <w:p>
      <w:pPr>
        <w:jc w:val="center"/>
      </w:pPr>
      <w:hyperlink r:id="rId9">
        <w:r>
          <w:rPr>
            <w:color w:val="0000FF"/>
            <w:u w:val="single"/>
          </w:rPr>
          <w:t>https://templatesdocs-au.com/consent-form/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consent-form/"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