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CONTRACTOR AGREEMENT</w:t>
      </w:r>
    </w:p>
    <w:p/>
    <w:p>
      <w:r>
        <w:rPr>
          <w:b/>
          <w:sz w:val="20"/>
        </w:rPr>
        <w:t>This Contractor Agreement (the “Agreement”) is made between the following parties:</w:t>
      </w:r>
    </w:p>
    <w:p/>
    <w:p>
      <w:r>
        <w:rPr>
          <w:b/>
          <w:sz w:val="20"/>
        </w:rPr>
        <w:t>Principal:</w:t>
      </w:r>
    </w:p>
    <w:p>
      <w:r>
        <w:rPr>
          <w:b w:val="0"/>
          <w:sz w:val="20"/>
        </w:rPr>
        <w:t>Full Name / Company Name: ______________________________________________</w:t>
      </w:r>
    </w:p>
    <w:p>
      <w:r>
        <w:rPr>
          <w:b w:val="0"/>
          <w:sz w:val="20"/>
        </w:rPr>
        <w:t>ABN / ACN: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Contractor:</w:t>
      </w:r>
    </w:p>
    <w:p>
      <w:r>
        <w:rPr>
          <w:b w:val="0"/>
          <w:sz w:val="20"/>
        </w:rPr>
        <w:t>Full Name / Company Name: ______________________________________________</w:t>
      </w:r>
    </w:p>
    <w:p>
      <w:r>
        <w:rPr>
          <w:b w:val="0"/>
          <w:sz w:val="20"/>
        </w:rPr>
        <w:t>ABN / ACN: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Principal wishes to engage the Contractor to perform certain services under the terms set out herein;</w:t>
      </w:r>
    </w:p>
    <w:p>
      <w:r>
        <w:rPr>
          <w:b w:val="0"/>
          <w:sz w:val="20"/>
        </w:rPr>
        <w:t>AND WHEREAS, the Contractor agrees to perform such services subject to the terms and conditions of this Agreement.</w:t>
      </w:r>
    </w:p>
    <w:p/>
    <w:p>
      <w:r>
        <w:rPr>
          <w:b/>
          <w:sz w:val="20"/>
        </w:rPr>
        <w:t>1. ENGAGEMENT</w:t>
      </w:r>
    </w:p>
    <w:p>
      <w:r>
        <w:rPr>
          <w:b w:val="0"/>
          <w:sz w:val="20"/>
        </w:rPr>
        <w:t>The Principal hereby engages the Contractor to provide the services described in Schedule A attached to this Agreement (the “Services”), and the Contractor accepts such engagement.</w:t>
      </w:r>
    </w:p>
    <w:p/>
    <w:p>
      <w:r>
        <w:rPr>
          <w:b/>
          <w:sz w:val="20"/>
        </w:rPr>
        <w:t>2. TERM</w:t>
      </w:r>
    </w:p>
    <w:p>
      <w:r>
        <w:rPr>
          <w:b w:val="0"/>
          <w:sz w:val="20"/>
        </w:rPr>
        <w:t>This Agreement commences upon execution by both parties and continues until the Services are completed or the Agreement is terminated in accordance with clause 11.</w:t>
      </w:r>
    </w:p>
    <w:p/>
    <w:p>
      <w:r>
        <w:rPr>
          <w:b/>
          <w:sz w:val="20"/>
        </w:rPr>
        <w:t>3. CONTRACTOR OBLIGATIONS</w:t>
      </w:r>
    </w:p>
    <w:p>
      <w:r>
        <w:rPr>
          <w:b w:val="0"/>
          <w:sz w:val="20"/>
        </w:rPr>
        <w:t>3.1 The Contractor shall perform the Services with due care, skill, and diligence, in accordance with all applicable laws and industry standards.</w:t>
      </w:r>
    </w:p>
    <w:p>
      <w:r>
        <w:rPr>
          <w:b w:val="0"/>
          <w:sz w:val="20"/>
        </w:rPr>
        <w:t>3.2 The Contractor shall supply all tools, equipment, and materials necessary to perform the Services unless otherwise agreed in writing.</w:t>
      </w:r>
    </w:p>
    <w:p>
      <w:r>
        <w:rPr>
          <w:b w:val="0"/>
          <w:sz w:val="20"/>
        </w:rPr>
        <w:t>3.3 The Contractor shall comply with all workplace health and safety requirements and ensure all personnel engaged comply accordingly.</w:t>
      </w:r>
    </w:p>
    <w:p/>
    <w:p>
      <w:r>
        <w:rPr>
          <w:b/>
          <w:sz w:val="20"/>
        </w:rPr>
        <w:t>4. PRINCIPAL OBLIGATIONS</w:t>
      </w:r>
    </w:p>
    <w:p>
      <w:r>
        <w:rPr>
          <w:b w:val="0"/>
          <w:sz w:val="20"/>
        </w:rPr>
        <w:t>4.1 The Principal shall provide access to the premises and any information reasonably required for the Contractor to perform the Services.</w:t>
      </w:r>
    </w:p>
    <w:p>
      <w:r>
        <w:rPr>
          <w:b w:val="0"/>
          <w:sz w:val="20"/>
        </w:rPr>
        <w:t>4.2 The Principal shall pay the Contractor the Fees as set out in clause 6.</w:t>
      </w:r>
    </w:p>
    <w:p/>
    <w:p>
      <w:r>
        <w:rPr>
          <w:b/>
          <w:sz w:val="20"/>
        </w:rPr>
        <w:t>5. INDEPENDENT CONTRACTOR</w:t>
      </w:r>
    </w:p>
    <w:p>
      <w:r>
        <w:rPr>
          <w:b w:val="0"/>
          <w:sz w:val="20"/>
        </w:rPr>
        <w:t>The Contractor is engaged as an independent contractor and not as an employee, agent, or partner of the Principal. The Contractor shall be responsible for all taxes, insurances, and statutory obligations.</w:t>
      </w:r>
    </w:p>
    <w:p/>
    <w:p>
      <w:r>
        <w:rPr>
          <w:b/>
          <w:sz w:val="20"/>
        </w:rPr>
        <w:t>6. FEES AND PAYMENT</w:t>
      </w:r>
    </w:p>
    <w:p>
      <w:r>
        <w:rPr>
          <w:b w:val="0"/>
          <w:sz w:val="20"/>
        </w:rPr>
        <w:t>6.1 The Principal agrees to pay the Contractor the fees and charges set out in Schedule B attached hereto (the “Fees”).</w:t>
      </w:r>
    </w:p>
    <w:p>
      <w:r>
        <w:rPr>
          <w:b w:val="0"/>
          <w:sz w:val="20"/>
        </w:rPr>
        <w:t>6.2 Payment shall be made within 14 days of receipt of a valid invoice from the Contractor.</w:t>
      </w:r>
    </w:p>
    <w:p>
      <w:r>
        <w:rPr>
          <w:b w:val="0"/>
          <w:sz w:val="20"/>
        </w:rPr>
        <w:t>6.3 Unless otherwise stated, Fees are inclusive of all applicable GST.</w:t>
      </w:r>
    </w:p>
    <w:p/>
    <w:p>
      <w:r>
        <w:rPr>
          <w:b/>
          <w:sz w:val="20"/>
        </w:rPr>
        <w:t>7. CONFIDENTIALITY</w:t>
      </w:r>
    </w:p>
    <w:p>
      <w:r>
        <w:rPr>
          <w:b w:val="0"/>
          <w:sz w:val="20"/>
        </w:rPr>
        <w:t>7.1 Each party shall keep confidential and not disclose to any third party any Confidential Information obtained during the term of this Agreement.</w:t>
      </w:r>
    </w:p>
    <w:p>
      <w:r>
        <w:rPr>
          <w:b w:val="0"/>
          <w:sz w:val="20"/>
        </w:rPr>
        <w:t>7.2 “Confidential Information” means all information marked confidential or which ought reasonably to be considered confidential.</w:t>
      </w:r>
    </w:p>
    <w:p>
      <w:r>
        <w:rPr>
          <w:b w:val="0"/>
          <w:sz w:val="20"/>
        </w:rPr>
        <w:t>7.3 This clause survives termination of this Agreement.</w:t>
      </w:r>
    </w:p>
    <w:p/>
    <w:p>
      <w:r>
        <w:rPr>
          <w:b/>
          <w:sz w:val="20"/>
        </w:rPr>
        <w:t>8. INTELLECTUAL PROPERTY</w:t>
      </w:r>
    </w:p>
    <w:p>
      <w:r>
        <w:rPr>
          <w:b w:val="0"/>
          <w:sz w:val="20"/>
        </w:rPr>
        <w:t>8.1 All intellectual property rights created by the Contractor in performing the Services shall vest in the Principal upon full payment of the Fees.</w:t>
      </w:r>
    </w:p>
    <w:p>
      <w:r>
        <w:rPr>
          <w:b w:val="0"/>
          <w:sz w:val="20"/>
        </w:rPr>
        <w:t>8.2 The Contractor warrants that the Services and any materials provided do not infringe any third party intellectual property rights.</w:t>
      </w:r>
    </w:p>
    <w:p/>
    <w:p>
      <w:r>
        <w:rPr>
          <w:b/>
          <w:sz w:val="20"/>
        </w:rPr>
        <w:t>9. INSURANCE</w:t>
      </w:r>
    </w:p>
    <w:p>
      <w:r>
        <w:rPr>
          <w:b w:val="0"/>
          <w:sz w:val="20"/>
        </w:rPr>
        <w:t>The Contractor shall maintain appropriate insurance policies, including public liability and workers’ compensation insurance, during the term of this Agreement and provide evidence of such insurance upon request.</w:t>
      </w:r>
    </w:p>
    <w:p/>
    <w:p>
      <w:r>
        <w:rPr>
          <w:b/>
          <w:sz w:val="20"/>
        </w:rPr>
        <w:t>10. LIABILITY AND INDEMNITY</w:t>
      </w:r>
    </w:p>
    <w:p>
      <w:r>
        <w:rPr>
          <w:b w:val="0"/>
          <w:sz w:val="20"/>
        </w:rPr>
        <w:t>10.1 The Contractor indemnifies and holds harmless the Principal against any loss, damage, claim, or expense arising from the Contractor’s negligence or breach of this Agreement.</w:t>
      </w:r>
    </w:p>
    <w:p>
      <w:r>
        <w:rPr>
          <w:b w:val="0"/>
          <w:sz w:val="20"/>
        </w:rPr>
        <w:t>10.2 The Principal’s liability to the Contractor is limited to the amount paid under this Agreement.</w:t>
      </w:r>
    </w:p>
    <w:p/>
    <w:p>
      <w:r>
        <w:rPr>
          <w:b/>
          <w:sz w:val="20"/>
        </w:rPr>
        <w:t>11. TERMINATION</w:t>
      </w:r>
    </w:p>
    <w:p>
      <w:r>
        <w:rPr>
          <w:b w:val="0"/>
          <w:sz w:val="20"/>
        </w:rPr>
        <w:t>11.1 Either party may terminate this Agreement by giving 14 days written notice to the other party.</w:t>
      </w:r>
    </w:p>
    <w:p>
      <w:r>
        <w:rPr>
          <w:b w:val="0"/>
          <w:sz w:val="20"/>
        </w:rPr>
        <w:t>11.2 Either party may terminate immediately if the other party breaches any material term and fails to remedy within 7 days of notice.</w:t>
      </w:r>
    </w:p>
    <w:p>
      <w:r>
        <w:rPr>
          <w:b w:val="0"/>
          <w:sz w:val="20"/>
        </w:rPr>
        <w:t>11.3 On termination, the Contractor shall cease work and deliver all work completed to date, and the Principal shall pay for all Services performed to the termination date.</w:t>
      </w:r>
    </w:p>
    <w:p/>
    <w:p>
      <w:r>
        <w:rPr>
          <w:b/>
          <w:sz w:val="20"/>
        </w:rPr>
        <w:t>12. DISPUTE RESOLUTION</w:t>
      </w:r>
    </w:p>
    <w:p>
      <w:r>
        <w:rPr>
          <w:b w:val="0"/>
          <w:sz w:val="20"/>
        </w:rPr>
        <w:t>In the event of a dispute arising out of or relating to this Agreement, the parties agree to first attempt to resolve the dispute by negotiation in good faith. If unresolved within 14 days, either party may seek mediation or other alternative dispute resolution before commencing legal proceedings.</w:t>
      </w:r>
    </w:p>
    <w:p/>
    <w:p>
      <w:r>
        <w:rPr>
          <w:b/>
          <w:sz w:val="20"/>
        </w:rPr>
        <w:t>13. GOVERNING LAW</w:t>
      </w:r>
    </w:p>
    <w:p>
      <w:r>
        <w:rPr>
          <w:b w:val="0"/>
          <w:sz w:val="20"/>
        </w:rPr>
        <w:t>This Agreement shall be governed by and construed in accordance with the laws of the State or Territory of Australia where the Principal’s address is located.</w:t>
      </w:r>
    </w:p>
    <w:p/>
    <w:p>
      <w:r>
        <w:rPr>
          <w:b/>
          <w:sz w:val="20"/>
        </w:rPr>
        <w:t>14. ENTIRE AGREEMENT</w:t>
      </w:r>
    </w:p>
    <w:p>
      <w:r>
        <w:rPr>
          <w:b w:val="0"/>
          <w:sz w:val="20"/>
        </w:rPr>
        <w:t>This Agreement, including all schedules, constitutes the entire agreement between the parties and supersedes all prior negotiations, representations, or agreements, whether written or oral.</w:t>
      </w:r>
    </w:p>
    <w:p/>
    <w:p>
      <w:r>
        <w:rPr>
          <w:b/>
          <w:sz w:val="20"/>
        </w:rPr>
        <w:t>15. AMENDMENTS</w:t>
      </w:r>
    </w:p>
    <w:p>
      <w:r>
        <w:rPr>
          <w:b w:val="0"/>
          <w:sz w:val="20"/>
        </w:rPr>
        <w:t>Any amendments or variations to this Agreement must be in writing and signed by both parties.</w:t>
      </w:r>
    </w:p>
    <w:p/>
    <w:p>
      <w:r>
        <w:rPr>
          <w:b/>
          <w:sz w:val="20"/>
        </w:rPr>
        <w:t>16. NOTICES</w:t>
      </w:r>
    </w:p>
    <w:p>
      <w:r>
        <w:rPr>
          <w:b w:val="0"/>
          <w:sz w:val="20"/>
        </w:rPr>
        <w:t>All notices under this Agreement must be in writing and may be delivered by hand, sent by pre-paid post, or email to the addresses stated herein or as notified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https://templatesdocs-au.com/contractor-contract/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ontractor-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