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CREDIT APPLICATION FORM</w:t>
      </w:r>
    </w:p>
    <w:p/>
    <w:p/>
    <w:p>
      <w:r>
        <w:rPr>
          <w:b/>
          <w:sz w:val="22"/>
        </w:rPr>
        <w:t>Applicant Information</w:t>
      </w:r>
    </w:p>
    <w:p>
      <w:r>
        <w:rPr>
          <w:b w:val="0"/>
          <w:sz w:val="20"/>
        </w:rPr>
        <w:t>Full Name: ____________________________________________________________</w:t>
      </w:r>
    </w:p>
    <w:p>
      <w:r>
        <w:rPr>
          <w:b w:val="0"/>
          <w:sz w:val="20"/>
        </w:rPr>
        <w:t>Date of Birth: _________________________________________________________</w:t>
      </w:r>
    </w:p>
    <w:p>
      <w:r>
        <w:rPr>
          <w:b w:val="0"/>
          <w:sz w:val="20"/>
        </w:rPr>
        <w:t>Residential Address: ___________________________________________________</w:t>
      </w:r>
    </w:p>
    <w:p>
      <w:r>
        <w:rPr>
          <w:b w:val="0"/>
          <w:sz w:val="20"/>
        </w:rPr>
        <w:t>City/Suburb: __________________________ State: ______ Postcode: ________</w:t>
      </w:r>
    </w:p>
    <w:p>
      <w:r>
        <w:rPr>
          <w:b w:val="0"/>
          <w:sz w:val="20"/>
        </w:rPr>
        <w:t>Phone (Home): ________________________ Phone (Mobile): __________________</w:t>
      </w:r>
    </w:p>
    <w:p>
      <w:r>
        <w:rPr>
          <w:b w:val="0"/>
          <w:sz w:val="20"/>
        </w:rPr>
        <w:t>Email Address: _________________________________________________________</w:t>
      </w:r>
    </w:p>
    <w:p/>
    <w:p>
      <w:r>
        <w:rPr>
          <w:b/>
          <w:sz w:val="22"/>
        </w:rPr>
        <w:t>Identification Details</w:t>
      </w:r>
    </w:p>
    <w:p>
      <w:r>
        <w:rPr>
          <w:b w:val="0"/>
          <w:sz w:val="20"/>
        </w:rPr>
        <w:t>Driver's Licence Number: ________________________________________________</w:t>
      </w:r>
    </w:p>
    <w:p>
      <w:r>
        <w:rPr>
          <w:b w:val="0"/>
          <w:sz w:val="20"/>
        </w:rPr>
        <w:t>State/Territory of Issue: _______________________________________________</w:t>
      </w:r>
    </w:p>
    <w:p>
      <w:r>
        <w:rPr>
          <w:b w:val="0"/>
          <w:sz w:val="20"/>
        </w:rPr>
        <w:t>Passport Number (if applicable): _______________________________________</w:t>
      </w:r>
    </w:p>
    <w:p>
      <w:r>
        <w:rPr>
          <w:b w:val="0"/>
          <w:sz w:val="20"/>
        </w:rPr>
        <w:t>Other ID (Specify): ____________________________________________________</w:t>
      </w:r>
    </w:p>
    <w:p/>
    <w:p>
      <w:r>
        <w:rPr>
          <w:b/>
          <w:sz w:val="22"/>
        </w:rPr>
        <w:t>Employment Details</w:t>
      </w:r>
    </w:p>
    <w:p>
      <w:r>
        <w:rPr>
          <w:b w:val="0"/>
          <w:sz w:val="20"/>
        </w:rPr>
        <w:t>Employer Name: ________________________________________________________</w:t>
      </w:r>
    </w:p>
    <w:p>
      <w:r>
        <w:rPr>
          <w:b w:val="0"/>
          <w:sz w:val="20"/>
        </w:rPr>
        <w:t>Employer Address: _____________________________________________________</w:t>
      </w:r>
    </w:p>
    <w:p>
      <w:r>
        <w:rPr>
          <w:b w:val="0"/>
          <w:sz w:val="20"/>
        </w:rPr>
        <w:t>Employer Phone: _______________________________________________________</w:t>
      </w:r>
    </w:p>
    <w:p>
      <w:r>
        <w:rPr>
          <w:b w:val="0"/>
          <w:sz w:val="20"/>
        </w:rPr>
        <w:t>Position/Title: ________________________________________________________</w:t>
      </w:r>
    </w:p>
    <w:p>
      <w:r>
        <w:rPr>
          <w:b w:val="0"/>
          <w:sz w:val="20"/>
        </w:rPr>
        <w:t>Employment Status (Full-time/Part-time/Casual/Self-employed/Unemployed): _</w:t>
      </w:r>
    </w:p>
    <w:p>
      <w:r>
        <w:rPr>
          <w:b w:val="0"/>
          <w:sz w:val="20"/>
        </w:rPr>
        <w:t>Length of Employment: _________________________________________________</w:t>
      </w:r>
    </w:p>
    <w:p/>
    <w:p>
      <w:r>
        <w:rPr>
          <w:b/>
          <w:sz w:val="22"/>
        </w:rPr>
        <w:t>Financial Information</w:t>
      </w:r>
    </w:p>
    <w:p>
      <w:r>
        <w:rPr>
          <w:b w:val="0"/>
          <w:sz w:val="20"/>
        </w:rPr>
        <w:t>Current Annual Income (before tax): _____________________________________</w:t>
      </w:r>
    </w:p>
    <w:p>
      <w:r>
        <w:rPr>
          <w:b w:val="0"/>
          <w:sz w:val="20"/>
        </w:rPr>
        <w:t>Other Income Sources and Amounts: _____________________________________</w:t>
      </w:r>
    </w:p>
    <w:p>
      <w:r>
        <w:rPr>
          <w:b w:val="0"/>
          <w:sz w:val="20"/>
        </w:rPr>
        <w:t>Monthly Expenses (approximate): _________________________________________</w:t>
      </w:r>
    </w:p>
    <w:p>
      <w:r>
        <w:rPr>
          <w:b w:val="0"/>
          <w:sz w:val="20"/>
        </w:rPr>
        <w:t>Outstanding Debts (Credit Cards, Loans, Mortgages): _____________________</w:t>
      </w:r>
    </w:p>
    <w:p>
      <w:r>
        <w:rPr>
          <w:b w:val="0"/>
          <w:sz w:val="20"/>
        </w:rPr>
        <w:t>Total Credit Limit Requested: ___________________________________________</w:t>
      </w:r>
    </w:p>
    <w:p/>
    <w:p>
      <w:r>
        <w:rPr>
          <w:b/>
          <w:sz w:val="22"/>
        </w:rPr>
        <w:t>Credit History &amp; References</w:t>
      </w:r>
    </w:p>
    <w:p>
      <w:r>
        <w:rPr>
          <w:b w:val="0"/>
          <w:sz w:val="20"/>
        </w:rPr>
        <w:t>Have you ever declared bankruptcy or been insolvent? (Yes/No) ____________</w:t>
      </w:r>
    </w:p>
    <w:p>
      <w:r>
        <w:rPr>
          <w:b w:val="0"/>
          <w:sz w:val="20"/>
        </w:rPr>
        <w:t>If yes, provide details: ________________________________________________</w:t>
      </w:r>
    </w:p>
    <w:p>
      <w:r>
        <w:rPr>
          <w:b w:val="0"/>
          <w:sz w:val="20"/>
        </w:rPr>
        <w:t>Referees (Name, Relationship, Phone):</w:t>
      </w:r>
    </w:p>
    <w:p>
      <w:r>
        <w:rPr>
          <w:b w:val="0"/>
          <w:sz w:val="20"/>
        </w:rPr>
        <w:t>1. _________________________________________________________________</w:t>
      </w:r>
    </w:p>
    <w:p>
      <w:r>
        <w:rPr>
          <w:b w:val="0"/>
          <w:sz w:val="20"/>
        </w:rPr>
        <w:t>2. _________________________________________________________________</w:t>
      </w:r>
    </w:p>
    <w:p>
      <w:r>
        <w:rPr>
          <w:b w:val="0"/>
          <w:sz w:val="20"/>
        </w:rPr>
        <w:t>3. _________________________________________________________________</w:t>
      </w:r>
    </w:p>
    <w:p/>
    <w:p>
      <w:r>
        <w:rPr>
          <w:b/>
          <w:sz w:val="22"/>
        </w:rPr>
        <w:t>Purpose of Credit</w:t>
      </w:r>
    </w:p>
    <w:p>
      <w:r>
        <w:rPr>
          <w:b w:val="0"/>
          <w:sz w:val="20"/>
        </w:rPr>
        <w:t>Please describe the purpose for which the credit is being applied: ________</w:t>
      </w:r>
    </w:p>
    <w:p>
      <w:r>
        <w:rPr>
          <w:b w:val="0"/>
          <w:sz w:val="20"/>
        </w:rPr>
        <w:t>_______________________________________________________________________</w:t>
      </w:r>
    </w:p>
    <w:p>
      <w:r>
        <w:rPr>
          <w:b w:val="0"/>
          <w:sz w:val="20"/>
        </w:rPr>
        <w:t>_______________________________________________________________________</w:t>
      </w:r>
    </w:p>
    <w:p/>
    <w:p>
      <w:r>
        <w:rPr>
          <w:b/>
          <w:sz w:val="22"/>
        </w:rPr>
        <w:t>Security Offered (if applicable)</w:t>
      </w:r>
    </w:p>
    <w:p>
      <w:r>
        <w:rPr>
          <w:b w:val="0"/>
          <w:sz w:val="20"/>
        </w:rPr>
        <w:t>Description of Asset(s): _______________________________________________</w:t>
      </w:r>
    </w:p>
    <w:p>
      <w:r>
        <w:rPr>
          <w:b w:val="0"/>
          <w:sz w:val="20"/>
        </w:rPr>
        <w:t>Estimated Value: ______________________________________________________</w:t>
      </w:r>
    </w:p>
    <w:p>
      <w:r>
        <w:rPr>
          <w:b w:val="0"/>
          <w:sz w:val="20"/>
        </w:rPr>
        <w:t>Registered Owner(s): _________________________________________________</w:t>
      </w:r>
    </w:p>
    <w:p/>
    <w:p>
      <w:r>
        <w:rPr>
          <w:b/>
          <w:sz w:val="22"/>
        </w:rPr>
        <w:t>Terms and Conditions</w:t>
      </w:r>
    </w:p>
    <w:p>
      <w:r>
        <w:rPr>
          <w:b w:val="0"/>
          <w:sz w:val="20"/>
        </w:rPr>
        <w:t>1. The Applicant certifies that the information provided in this application is true, correct, and complete.</w:t>
      </w:r>
    </w:p>
    <w:p>
      <w:r>
        <w:rPr>
          <w:b w:val="0"/>
          <w:sz w:val="20"/>
        </w:rPr>
        <w:t>2. The Applicant authorises the Credit Provider to obtain and verify any information necessary to assess this application, including credit checks and references.</w:t>
      </w:r>
    </w:p>
    <w:p>
      <w:r>
        <w:rPr>
          <w:b w:val="0"/>
          <w:sz w:val="20"/>
        </w:rPr>
        <w:t>3. The Applicant agrees to notify the Credit Provider immediately of any material changes to the details provided.</w:t>
      </w:r>
    </w:p>
    <w:p>
      <w:r>
        <w:rPr>
          <w:b w:val="0"/>
          <w:sz w:val="20"/>
        </w:rPr>
        <w:t>4. This application does not constitute approval of credit; any credit granted will be subject to separate terms and conditions.</w:t>
      </w:r>
    </w:p>
    <w:p>
      <w:r>
        <w:rPr>
          <w:b w:val="0"/>
          <w:sz w:val="20"/>
        </w:rPr>
        <w:t>5. The Applicant acknowledges that providing false or misleading information may constitute a criminal offence under Australian law.</w:t>
      </w:r>
    </w:p>
    <w:p>
      <w:r>
        <w:rPr>
          <w:b w:val="0"/>
          <w:sz w:val="20"/>
        </w:rPr>
        <w:t>6. The Credit Provider’s Privacy Policy governs the handling of personal information and is available upon request.</w:t>
      </w:r>
    </w:p>
    <w:p/>
    <w:p>
      <w:r>
        <w:rPr>
          <w:b/>
          <w:sz w:val="22"/>
        </w:rPr>
        <w:t>Privacy Consent</w:t>
      </w:r>
    </w:p>
    <w:p>
      <w:r>
        <w:rPr>
          <w:b w:val="0"/>
          <w:sz w:val="20"/>
        </w:rPr>
        <w:t>By signing below, the Applicant consents to the collection, use, and disclosure of personal information for the purposes of assessing this credit application, managing the credit account, and complying with legal obligations, in accordance with the Privacy Act 1988 (Cth).</w:t>
      </w:r>
    </w:p>
    <w:p/>
    <w:p/>
    <w:p>
      <w:r>
        <w:rPr>
          <w:b/>
          <w:sz w:val="22"/>
        </w:rPr>
        <w:t>Declaration and Signature</w:t>
      </w:r>
    </w:p>
    <w:p>
      <w:r>
        <w:rPr>
          <w:b w:val="0"/>
          <w:sz w:val="20"/>
        </w:rPr>
        <w:t>I declare that the information provided is accurate and complete to the best of my knowledge. I understand and agree to the Terms and Conditions outlined above.</w:t>
      </w:r>
    </w:p>
    <w:p/>
    <w:p/>
    <w:p>
      <w:r>
        <w:rPr>
          <w:b w:val="0"/>
          <w:sz w:val="20"/>
        </w:rPr>
        <w:t>Applicant Signature: __________________________</w:t>
      </w:r>
    </w:p>
    <w:p>
      <w:r>
        <w:rPr>
          <w:b w:val="0"/>
          <w:sz w:val="20"/>
        </w:rPr>
        <w:t>Print Name: __________________________________</w:t>
      </w:r>
    </w:p>
    <w:p>
      <w:r>
        <w:rPr>
          <w:b w:val="0"/>
          <w:sz w:val="20"/>
        </w:rPr>
        <w:t>Date: _______________________________________</w:t>
      </w:r>
    </w:p>
    <w:p/>
    <w:p/>
    <w:p/>
    <w:p>
      <w:r>
        <w:rPr>
          <w:b/>
          <w:sz w:val="22"/>
        </w:rPr>
        <w:t>Witness (Optional)</w:t>
      </w:r>
    </w:p>
    <w:p>
      <w:r>
        <w:rPr>
          <w:b w:val="0"/>
          <w:sz w:val="20"/>
        </w:rPr>
        <w:t>Witness Name: _________________________________________________</w:t>
      </w:r>
    </w:p>
    <w:p>
      <w:r>
        <w:rPr>
          <w:b w:val="0"/>
          <w:sz w:val="20"/>
        </w:rPr>
        <w:t>Witness Signature: ______________________________________________</w:t>
      </w:r>
    </w:p>
    <w:p>
      <w:r>
        <w:rPr>
          <w:b w:val="0"/>
          <w:sz w:val="20"/>
        </w:rPr>
        <w:t>Date: __________________________________________________________</w:t>
      </w:r>
    </w:p>
    <w:p/>
    <w:p/>
    <w:p>
      <w:r>
        <w:rPr>
          <w:b/>
          <w:sz w:val="22"/>
        </w:rPr>
        <w:t>Office Use Only</w:t>
      </w:r>
    </w:p>
    <w:p>
      <w:r>
        <w:rPr>
          <w:b w:val="0"/>
          <w:sz w:val="20"/>
        </w:rPr>
        <w:t>Application Received By: ________________________________________________</w:t>
      </w:r>
    </w:p>
    <w:p>
      <w:r>
        <w:rPr>
          <w:b w:val="0"/>
          <w:sz w:val="20"/>
        </w:rPr>
        <w:t>Date Received: _________________________________________________________</w:t>
      </w:r>
    </w:p>
    <w:p>
      <w:r>
        <w:rPr>
          <w:b w:val="0"/>
          <w:sz w:val="20"/>
        </w:rPr>
        <w:t>Approved Credit Limit: _________________________________________________</w:t>
      </w:r>
    </w:p>
    <w:p>
      <w:r>
        <w:rPr>
          <w:b w:val="0"/>
          <w:sz w:val="20"/>
        </w:rPr>
        <w:t>Approval Officer: ______________________________________________________</w:t>
      </w:r>
    </w:p>
    <w:p>
      <w:r>
        <w:rPr>
          <w:b w:val="0"/>
          <w:sz w:val="20"/>
        </w:rPr>
        <w:t>Comments: ____________________________________________________________</w:t>
      </w:r>
    </w:p>
    <w:p>
      <w:r>
        <w:rPr>
          <w:b w:val="0"/>
          <w:sz w:val="20"/>
        </w:rPr>
        <w:t>_______________________________________________________________________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Applicant</w:t>
            </w:r>
          </w:p>
        </w:tc>
        <w:tc>
          <w:tcPr>
            <w:tcW w:type="dxa" w:w="4986"/>
            <w:tcBorders>
              <w:top w:val="nil"/>
              <w:left w:val="nil"/>
              <w:bottom w:val="nil"/>
              <w:right w:val="nil"/>
              <w:insideH w:val="nil"/>
              <w:insideV w:val="nil"/>
            </w:tcBorders>
          </w:tcPr>
          <w:p>
            <w:pPr>
              <w:jc w:val="center"/>
            </w:pPr>
            <w:r>
              <w:t>Witness</w:t>
            </w:r>
          </w:p>
        </w:tc>
      </w:tr>
      <w:tr>
        <w:tc>
          <w:tcPr>
            <w:tcW w:type="dxa" w:w="4986"/>
            <w:tcBorders>
              <w:top w:val="nil"/>
              <w:left w:val="nil"/>
              <w:bottom w:val="nil"/>
              <w:right w:val="nil"/>
              <w:insideH w:val="nil"/>
              <w:insideV w:val="nil"/>
            </w:tcBorders>
          </w:tcPr>
          <w:p>
            <w:pPr>
              <w:jc w:val="center"/>
            </w:pPr>
            <w:r>
              <w:br/>
              <w:br/>
              <w:t>Signature: ___________________________</w:t>
            </w:r>
          </w:p>
        </w:tc>
        <w:tc>
          <w:tcPr>
            <w:tcW w:type="dxa" w:w="4986"/>
            <w:tcBorders>
              <w:top w:val="nil"/>
              <w:left w:val="nil"/>
              <w:bottom w:val="nil"/>
              <w:right w:val="nil"/>
              <w:insideH w:val="nil"/>
              <w:insideV w:val="nil"/>
            </w:tcBorders>
          </w:tcPr>
          <w:p>
            <w:pPr>
              <w:jc w:val="center"/>
            </w:pPr>
            <w:r>
              <w:br/>
              <w:br/>
              <w:t>Signature: ___________________________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https://templatesdocs-au.com/credit-application-form/</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https://templatesdocs-au.com</w:t>
        </w:r>
      </w:hyperlink>
    </w:p>
    <w:p>
      <w:pPr>
        <w:jc w:val="center"/>
      </w:pPr>
      <w:r>
        <w:rPr>
          <w:color w:val="808080"/>
          <w:sz w:val="20"/>
        </w:rPr>
        <w:t>This template is intended exclusively for personal, non-commercial use.</w:t>
        <w:br/>
        <w:t>If distributed or published, the source must be mentioned. © templatesdocs-au.com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templatesdocs-au.com/credit-application-form/" TargetMode="External"/><Relationship Id="rId10" Type="http://schemas.openxmlformats.org/officeDocument/2006/relationships/hyperlink" Target="https://templatesdocs-au.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