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EMPLOYMENT REFERENCE LETTER</w:t>
      </w:r>
    </w:p>
    <w:p/>
    <w:p/>
    <w:p>
      <w:r>
        <w:rPr>
          <w:b/>
          <w:sz w:val="20"/>
        </w:rPr>
        <w:t>Employer Information:</w:t>
      </w:r>
    </w:p>
    <w:p>
      <w:r>
        <w:rPr>
          <w:b w:val="0"/>
          <w:sz w:val="20"/>
        </w:rPr>
        <w:t>Company Name: ________________________________________________________</w:t>
      </w:r>
    </w:p>
    <w:p>
      <w:r>
        <w:rPr>
          <w:b w:val="0"/>
          <w:sz w:val="20"/>
        </w:rPr>
        <w:t>ABN (Australian Business Number): _____________________________________</w:t>
      </w:r>
    </w:p>
    <w:p>
      <w:r>
        <w:rPr>
          <w:b w:val="0"/>
          <w:sz w:val="20"/>
        </w:rPr>
        <w:t>Registered Address: 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To Whom It May Concern,</w:t>
      </w:r>
    </w:p>
    <w:p/>
    <w:p>
      <w:r>
        <w:rPr>
          <w:b w:val="0"/>
          <w:sz w:val="20"/>
        </w:rPr>
        <w:t>This letter serves as a formal reference for the employment of the individual named below. The details provided herein are accurate to the best of our knowledge and reflect the terms and conditions of the said individual's employment with our company.</w:t>
      </w:r>
    </w:p>
    <w:p/>
    <w:p>
      <w:r>
        <w:rPr>
          <w:b/>
          <w:sz w:val="20"/>
        </w:rPr>
        <w:t>Employee Information:</w:t>
      </w:r>
    </w:p>
    <w:p>
      <w:r>
        <w:rPr>
          <w:b w:val="0"/>
          <w:sz w:val="20"/>
        </w:rPr>
        <w:t>Full Name: ____________________________________________________________</w:t>
      </w:r>
    </w:p>
    <w:p>
      <w:r>
        <w:rPr>
          <w:b w:val="0"/>
          <w:sz w:val="20"/>
        </w:rPr>
        <w:t>Position Held: _________________________________________________________</w:t>
      </w:r>
    </w:p>
    <w:p>
      <w:r>
        <w:rPr>
          <w:b w:val="0"/>
          <w:sz w:val="20"/>
        </w:rPr>
        <w:t>Employment Type (e.g., Full-time, Part-time, Casual): ____________________</w:t>
      </w:r>
    </w:p>
    <w:p>
      <w:r>
        <w:rPr>
          <w:b w:val="0"/>
          <w:sz w:val="20"/>
        </w:rPr>
        <w:t>Period of Employment: From _______________ To _______________</w:t>
      </w:r>
    </w:p>
    <w:p>
      <w:r>
        <w:rPr>
          <w:b w:val="0"/>
          <w:sz w:val="20"/>
        </w:rPr>
        <w:t>Supervisor/Manager Name: _______________________________________________</w:t>
      </w:r>
    </w:p>
    <w:p/>
    <w:p>
      <w:r>
        <w:rPr>
          <w:b/>
          <w:sz w:val="20"/>
        </w:rPr>
        <w:t>Employment Details:</w:t>
      </w:r>
    </w:p>
    <w:p>
      <w:r>
        <w:rPr>
          <w:b w:val="0"/>
          <w:sz w:val="20"/>
        </w:rPr>
        <w:t>Role and Responsibilities: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val="0"/>
          <w:sz w:val="20"/>
        </w:rPr>
        <w:t>Performance and Conduct:</w:t>
      </w:r>
    </w:p>
    <w:p>
      <w:r>
        <w:rPr>
          <w:b w:val="0"/>
          <w:sz w:val="20"/>
        </w:rPr>
        <w:t>During the course of employment, the employee has demonstrated the following qualities and competencies:</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______________________________________________________________________</w:t>
      </w:r>
    </w:p>
    <w:p/>
    <w:p>
      <w:r>
        <w:rPr>
          <w:b w:val="0"/>
          <w:sz w:val="20"/>
        </w:rPr>
        <w:t>Attendance and Punctuality:</w:t>
      </w:r>
    </w:p>
    <w:p>
      <w:r>
        <w:rPr>
          <w:b w:val="0"/>
          <w:sz w:val="20"/>
        </w:rPr>
        <w:t>______________________________________________________________________</w:t>
      </w:r>
    </w:p>
    <w:p>
      <w:r>
        <w:rPr>
          <w:b w:val="0"/>
          <w:sz w:val="20"/>
        </w:rPr>
        <w:t>______________________________________________________________________</w:t>
      </w:r>
    </w:p>
    <w:p/>
    <w:p>
      <w:r>
        <w:rPr>
          <w:b w:val="0"/>
          <w:sz w:val="20"/>
        </w:rPr>
        <w:t>Reason for Leaving:</w:t>
      </w:r>
    </w:p>
    <w:p>
      <w:r>
        <w:rPr>
          <w:b w:val="0"/>
          <w:sz w:val="20"/>
        </w:rPr>
        <w:t>______________________________________________________________________</w:t>
      </w:r>
    </w:p>
    <w:p/>
    <w:p>
      <w:r>
        <w:rPr>
          <w:b/>
          <w:sz w:val="20"/>
        </w:rPr>
        <w:t>Legal and Compliance Statement:</w:t>
      </w:r>
    </w:p>
    <w:p>
      <w:r>
        <w:rPr>
          <w:b w:val="0"/>
          <w:sz w:val="20"/>
        </w:rPr>
        <w:t>This reference letter is provided in good faith and without malice. It complies with applicable Australian employment laws and privacy regulations. The information disclosed herein respects the privacy of the employee and is limited to factual data and professional observations.</w:t>
      </w:r>
    </w:p>
    <w:p/>
    <w:p>
      <w:r>
        <w:rPr>
          <w:b/>
          <w:sz w:val="20"/>
        </w:rPr>
        <w:t>Disclaimer:</w:t>
      </w:r>
    </w:p>
    <w:p>
      <w:r>
        <w:rPr>
          <w:b w:val="0"/>
          <w:sz w:val="20"/>
        </w:rPr>
        <w:t>This letter is intended solely for the use of the addressee and is not to be reproduced or disclosed to third parties without prior written consent from the employer. The employer assumes no liability for any consequences arising from the use of this reference letter beyond its intended purpose.</w:t>
      </w:r>
    </w:p>
    <w:p/>
    <w:p/>
    <w:p>
      <w:r>
        <w:rPr>
          <w:b w:val="0"/>
          <w:sz w:val="20"/>
        </w:rPr>
        <w:t>Should you require any further information or clarification, please do not hesitate to contact us at the details provided above.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https://templatesdocs-au.com/employment-reference-letter/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https://templatesdocs-au.com</w:t>
        </w:r>
      </w:hyperlink>
    </w:p>
    <w:p>
      <w:pPr>
        <w:jc w:val="center"/>
      </w:pPr>
      <w:r>
        <w:rPr>
          <w:color w:val="808080"/>
          <w:sz w:val="20"/>
        </w:rPr>
        <w:t>This template is intended exclusively for personal, non-commercial use.</w:t>
        <w:br/>
        <w:t>If distributed or published, the source must be mentioned. © templatesdocs-au.com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emplatesdocs-au.com/employment-reference-letter/" TargetMode="External"/><Relationship Id="rId10" Type="http://schemas.openxmlformats.org/officeDocument/2006/relationships/hyperlink" Target="https://templatesdocs-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