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EQUIPMENT HIRE AGREEMENT</w:t>
      </w:r>
    </w:p>
    <w:p/>
    <w:p>
      <w:r>
        <w:rPr>
          <w:b/>
          <w:sz w:val="20"/>
        </w:rPr>
        <w:t>Hirer Details:</w:t>
      </w:r>
    </w:p>
    <w:p>
      <w:r>
        <w:rPr>
          <w:b w:val="0"/>
          <w:sz w:val="20"/>
        </w:rPr>
        <w:t>Full Name or Company: _________________________________________________</w:t>
      </w:r>
    </w:p>
    <w:p>
      <w:r>
        <w:rPr>
          <w:b w:val="0"/>
          <w:sz w:val="20"/>
        </w:rPr>
        <w:t>ABN (if applicable): 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Owner Details:</w:t>
      </w:r>
    </w:p>
    <w:p>
      <w:r>
        <w:rPr>
          <w:b w:val="0"/>
          <w:sz w:val="20"/>
        </w:rPr>
        <w:t>Full Name or Company: _________________________________________________</w:t>
      </w:r>
    </w:p>
    <w:p>
      <w:r>
        <w:rPr>
          <w:b w:val="0"/>
          <w:sz w:val="20"/>
        </w:rPr>
        <w:t>ABN (if applicable): 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Equipment Details:</w:t>
      </w:r>
    </w:p>
    <w:p>
      <w:r>
        <w:rPr>
          <w:b w:val="0"/>
          <w:sz w:val="20"/>
        </w:rPr>
        <w:t>Description: ___________________________________________________________</w:t>
      </w:r>
    </w:p>
    <w:p>
      <w:r>
        <w:rPr>
          <w:b w:val="0"/>
          <w:sz w:val="20"/>
        </w:rPr>
        <w:t>Make / Model: _________________________________________________________</w:t>
      </w:r>
    </w:p>
    <w:p>
      <w:r>
        <w:rPr>
          <w:b w:val="0"/>
          <w:sz w:val="20"/>
        </w:rPr>
        <w:t>Serial Number: ________________________________________________________</w:t>
      </w:r>
    </w:p>
    <w:p>
      <w:r>
        <w:rPr>
          <w:b w:val="0"/>
          <w:sz w:val="20"/>
        </w:rPr>
        <w:t>Condition at Hire: _____________________________________________________</w:t>
      </w:r>
    </w:p>
    <w:p>
      <w:r>
        <w:rPr>
          <w:b w:val="0"/>
          <w:sz w:val="20"/>
        </w:rPr>
        <w:t>Accessories Included: _________________________________________________</w:t>
      </w:r>
    </w:p>
    <w:p/>
    <w:p>
      <w:r>
        <w:rPr>
          <w:b/>
          <w:sz w:val="20"/>
        </w:rPr>
        <w:t>Hire Details:</w:t>
      </w:r>
    </w:p>
    <w:p>
      <w:r>
        <w:rPr>
          <w:b w:val="0"/>
          <w:sz w:val="20"/>
        </w:rPr>
        <w:t>Hire Period: From ____________________ To ______________________________</w:t>
      </w:r>
    </w:p>
    <w:p>
      <w:r>
        <w:rPr>
          <w:b w:val="0"/>
          <w:sz w:val="20"/>
        </w:rPr>
        <w:t>Location of Hire: ______________________________________________________</w:t>
      </w:r>
    </w:p>
    <w:p>
      <w:r>
        <w:rPr>
          <w:b w:val="0"/>
          <w:sz w:val="20"/>
        </w:rPr>
        <w:t>Hire Rate: $________________ per __________________ (hour/day/week)</w:t>
      </w:r>
    </w:p>
    <w:p>
      <w:r>
        <w:rPr>
          <w:b w:val="0"/>
          <w:sz w:val="20"/>
        </w:rPr>
        <w:t>Deposit Amount (if any): $________________________________________________</w:t>
      </w:r>
    </w:p>
    <w:p>
      <w:r>
        <w:rPr>
          <w:b w:val="0"/>
          <w:sz w:val="20"/>
        </w:rPr>
        <w:t>Payment Terms: _________________________________________________________</w:t>
      </w:r>
    </w:p>
    <w:p/>
    <w:p>
      <w:r>
        <w:rPr>
          <w:b/>
          <w:sz w:val="20"/>
        </w:rPr>
        <w:t>Clause 1 – Equipment Use and Care</w:t>
      </w:r>
    </w:p>
    <w:p>
      <w:r>
        <w:rPr>
          <w:b w:val="0"/>
          <w:sz w:val="20"/>
        </w:rPr>
        <w:t>The Hirer agrees to use the equipment only for its intended purpose and in a proper and safe manner. The Hirer shall take all reasonable precautions to prevent damage, loss, or theft during the hire period. The Hirer shall comply with all relevant laws and regulations regarding the operation and use of the equipment.</w:t>
      </w:r>
    </w:p>
    <w:p/>
    <w:p>
      <w:r>
        <w:rPr>
          <w:b/>
          <w:sz w:val="20"/>
        </w:rPr>
        <w:t>Clause 2 – Maintenance and Repairs</w:t>
      </w:r>
    </w:p>
    <w:p>
      <w:r>
        <w:rPr>
          <w:b w:val="0"/>
          <w:sz w:val="20"/>
        </w:rPr>
        <w:t>The Owner is responsible for ensuring the equipment is in good working order at the start of the hire period. The Hirer shall notify the Owner immediately of any damage, malfunction, or defect. The Hirer shall not undertake any repairs without prior written consent from the Owner.</w:t>
      </w:r>
    </w:p>
    <w:p/>
    <w:p>
      <w:r>
        <w:rPr>
          <w:b/>
          <w:sz w:val="20"/>
        </w:rPr>
        <w:t>Clause 3 – Liability and Indemnity</w:t>
      </w:r>
    </w:p>
    <w:p>
      <w:r>
        <w:rPr>
          <w:b w:val="0"/>
          <w:sz w:val="20"/>
        </w:rPr>
        <w:t>The Hirer assumes all risks associated with the use of the equipment during the hire period. The Hirer indemnifies and holds harmless the Owner against any claims, losses, damages, or expenses arising out of the Hirer’s use or possession of the equipment, except to the extent caused by the Owner’s negligence or breach of this agreement.</w:t>
      </w:r>
    </w:p>
    <w:p/>
    <w:p>
      <w:r>
        <w:rPr>
          <w:b/>
          <w:sz w:val="20"/>
        </w:rPr>
        <w:t>Clause 4 – Insurance</w:t>
      </w:r>
    </w:p>
    <w:p>
      <w:r>
        <w:rPr>
          <w:b w:val="0"/>
          <w:sz w:val="20"/>
        </w:rPr>
        <w:t>The Hirer shall maintain appropriate insurance coverage for the equipment during the hire period, including coverage for loss, theft, and damage. Proof of such insurance must be provided to the Owner upon request.</w:t>
      </w:r>
    </w:p>
    <w:p/>
    <w:p>
      <w:r>
        <w:rPr>
          <w:b/>
          <w:sz w:val="20"/>
        </w:rPr>
        <w:t>Clause 5 – Return of Equipment</w:t>
      </w:r>
    </w:p>
    <w:p>
      <w:r>
        <w:rPr>
          <w:b w:val="0"/>
          <w:sz w:val="20"/>
        </w:rPr>
        <w:t>The Hirer shall return the equipment to the Owner at the agreed location and time in the same condition as received, reasonable wear and tear excepted. Failure to return the equipment on time may incur additional charges.</w:t>
      </w:r>
    </w:p>
    <w:p/>
    <w:p>
      <w:r>
        <w:rPr>
          <w:b/>
          <w:sz w:val="20"/>
        </w:rPr>
        <w:t>Clause 6 – Termination</w:t>
      </w:r>
    </w:p>
    <w:p>
      <w:r>
        <w:rPr>
          <w:b w:val="0"/>
          <w:sz w:val="20"/>
        </w:rPr>
        <w:t>Either party may terminate this agreement by providing written notice to the other party. Upon termination, the Hirer shall immediately return the equipment and settle any outstanding payments.</w:t>
      </w:r>
    </w:p>
    <w:p/>
    <w:p>
      <w:r>
        <w:rPr>
          <w:b/>
          <w:sz w:val="20"/>
        </w:rPr>
        <w:t>Clause 7 – Governing Law</w:t>
      </w:r>
    </w:p>
    <w:p>
      <w:r>
        <w:rPr>
          <w:b w:val="0"/>
          <w:sz w:val="20"/>
        </w:rPr>
        <w:t>This Agreement is governed by and shall be construed in accordance with the laws of the Commonwealth of Australia and the relevant State or Territory laws.</w:t>
      </w:r>
    </w:p>
    <w:p/>
    <w:p>
      <w:r>
        <w:rPr>
          <w:b/>
          <w:sz w:val="20"/>
        </w:rPr>
        <w:t>Clause 8 – Entire Agreement</w:t>
      </w:r>
    </w:p>
    <w:p>
      <w:r>
        <w:rPr>
          <w:b w:val="0"/>
          <w:sz w:val="20"/>
        </w:rPr>
        <w:t>This document constitutes the entire agreement between the parties relating to the hire of the equipment and supersedes all prior negotiations, understandings, and agreements.</w:t>
      </w:r>
    </w:p>
    <w:p/>
    <w:p>
      <w:r>
        <w:rPr>
          <w:b/>
          <w:sz w:val="20"/>
        </w:rPr>
        <w:t>Clause 9 – Dispute Resolution</w:t>
      </w:r>
    </w:p>
    <w:p>
      <w:r>
        <w:rPr>
          <w:b w:val="0"/>
          <w:sz w:val="20"/>
        </w:rPr>
        <w:t>The parties agree to attempt to resolve any disputes arising out of or in connection with this agreement amicably and in good faith. If unresolved, disputes shall be referred to mediation or arbitration before resorting to litigation.</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HIRER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p/>
    <w:p>
      <w:r>
        <w:rPr>
          <w:b w:val="0"/>
          <w:sz w:val="20"/>
        </w:rPr>
        <w:t>Date: ________________________________</w:t>
      </w:r>
    </w:p>
    <w:p>
      <w:r>
        <w:br w:type="page"/>
      </w:r>
    </w:p>
    <w:p>
      <w:pPr>
        <w:jc w:val="center"/>
      </w:pPr>
      <w:r>
        <w:rPr>
          <w:color w:val="555555"/>
          <w:sz w:val="24"/>
        </w:rPr>
        <w:t>Original source of this document:</w:t>
      </w:r>
    </w:p>
    <w:p>
      <w:pPr>
        <w:jc w:val="center"/>
      </w:pPr>
      <w:hyperlink r:id="rId9">
        <w:r>
          <w:rPr>
            <w:color w:val="0000FF"/>
            <w:u w:val="single"/>
          </w:rPr>
          <w:t>https://templatesdocs-au.com/equipment-hire-form/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equipment-hire-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