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LEGAL SERVICES AGREEMENT</w:t>
      </w:r>
    </w:p>
    <w:p/>
    <w:p/>
    <w:p>
      <w:r>
        <w:rPr>
          <w:b/>
          <w:sz w:val="20"/>
        </w:rPr>
        <w:t>This Legal Services Agreement ("Agreement") is made by and between:</w:t>
      </w:r>
    </w:p>
    <w:p>
      <w:r>
        <w:rPr>
          <w:b/>
          <w:sz w:val="20"/>
        </w:rPr>
        <w:t>SERVICE PROVIDER:</w:t>
      </w:r>
    </w:p>
    <w:p>
      <w:r>
        <w:rPr>
          <w:b w:val="0"/>
          <w:sz w:val="20"/>
        </w:rPr>
        <w:t>Name: ________________________________________________________________</w:t>
      </w:r>
    </w:p>
    <w:p>
      <w:r>
        <w:rPr>
          <w:b w:val="0"/>
          <w:sz w:val="20"/>
        </w:rPr>
        <w:t>ACN/ABN: ______________________________________________________________</w:t>
      </w:r>
    </w:p>
    <w:p>
      <w:r>
        <w:rPr>
          <w:b w:val="0"/>
          <w:sz w:val="20"/>
        </w:rPr>
        <w:t>Business Address: _____________________________________________________</w:t>
      </w:r>
    </w:p>
    <w:p>
      <w:r>
        <w:rPr>
          <w:b w:val="0"/>
          <w:sz w:val="20"/>
        </w:rPr>
        <w:t>Contact Number: ______________________________________________________</w:t>
      </w:r>
    </w:p>
    <w:p/>
    <w:p>
      <w:r>
        <w:rPr>
          <w:b/>
          <w:sz w:val="20"/>
        </w:rPr>
        <w:t>CLIENT:</w:t>
      </w:r>
    </w:p>
    <w:p>
      <w:r>
        <w:rPr>
          <w:b w:val="0"/>
          <w:sz w:val="20"/>
        </w:rPr>
        <w:t>Name: ________________________________________________________________</w:t>
      </w:r>
    </w:p>
    <w:p>
      <w:r>
        <w:rPr>
          <w:b w:val="0"/>
          <w:sz w:val="20"/>
        </w:rPr>
        <w:t>ACN/ABN (if applicable): 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w:t>
      </w:r>
    </w:p>
    <w:p/>
    <w:p/>
    <w:p>
      <w:r>
        <w:rPr>
          <w:b/>
          <w:sz w:val="22"/>
        </w:rPr>
        <w:t>RECITALS</w:t>
      </w:r>
    </w:p>
    <w:p>
      <w:r>
        <w:rPr>
          <w:b w:val="0"/>
          <w:sz w:val="20"/>
        </w:rPr>
        <w:t>WHEREAS, the Service Provider is duly qualified and experienced in providing legal services in the jurisdiction of Australia;</w:t>
      </w:r>
    </w:p>
    <w:p>
      <w:r>
        <w:rPr>
          <w:b w:val="0"/>
          <w:sz w:val="20"/>
        </w:rPr>
        <w:t>WHEREAS, the Client desires to engage the Service Provider to perform legal services under the terms and conditions set forth herein;</w:t>
      </w:r>
    </w:p>
    <w:p>
      <w:r>
        <w:rPr>
          <w:b w:val="0"/>
          <w:sz w:val="20"/>
        </w:rPr>
        <w:t>NOW, THEREFORE, in consideration of the mutual covenants and agreements contained herein, the parties agree as follows:</w:t>
      </w:r>
    </w:p>
    <w:p/>
    <w:p/>
    <w:p>
      <w:r>
        <w:rPr>
          <w:b/>
          <w:sz w:val="22"/>
        </w:rPr>
        <w:t>1. SERVICES</w:t>
      </w:r>
    </w:p>
    <w:p>
      <w:r>
        <w:rPr>
          <w:b w:val="0"/>
          <w:sz w:val="20"/>
        </w:rPr>
        <w:t>The Service Provider agrees to provide legal services including, but not limited to, legal advice, representation, drafting documents, and other related tasks as requested by the Client.</w:t>
      </w:r>
    </w:p>
    <w:p>
      <w:r>
        <w:rPr>
          <w:b w:val="0"/>
          <w:sz w:val="20"/>
        </w:rPr>
        <w:t>The scope of services shall be as specifically agreed in writing between the parties from time to time.</w:t>
      </w:r>
    </w:p>
    <w:p/>
    <w:p>
      <w:r>
        <w:rPr>
          <w:b/>
          <w:sz w:val="22"/>
        </w:rPr>
        <w:t>2. TERM</w:t>
      </w:r>
    </w:p>
    <w:p>
      <w:r>
        <w:rPr>
          <w:b w:val="0"/>
          <w:sz w:val="20"/>
        </w:rPr>
        <w:t>This Agreement shall commence upon execution by both parties and shall continue until terminated in accordance with this Agreement.</w:t>
      </w:r>
    </w:p>
    <w:p/>
    <w:p>
      <w:r>
        <w:rPr>
          <w:b/>
          <w:sz w:val="22"/>
        </w:rPr>
        <w:t>3. FEES AND PAYMENT</w:t>
      </w:r>
    </w:p>
    <w:p>
      <w:r>
        <w:rPr>
          <w:b w:val="0"/>
          <w:sz w:val="20"/>
        </w:rPr>
        <w:t>The Client agrees to pay the Service Provider fees for services rendered as follows:</w:t>
      </w:r>
    </w:p>
    <w:p>
      <w:r>
        <w:rPr>
          <w:b w:val="0"/>
          <w:sz w:val="20"/>
        </w:rPr>
        <w:t>- Hourly rates: $________ per hour; or</w:t>
      </w:r>
    </w:p>
    <w:p>
      <w:r>
        <w:rPr>
          <w:b w:val="0"/>
          <w:sz w:val="20"/>
        </w:rPr>
        <w:t>- Fixed fee for specific tasks: $________; or</w:t>
      </w:r>
    </w:p>
    <w:p>
      <w:r>
        <w:rPr>
          <w:b w:val="0"/>
          <w:sz w:val="20"/>
        </w:rPr>
        <w:t>- Other agreed payment method: __________________________________________</w:t>
      </w:r>
    </w:p>
    <w:p>
      <w:r>
        <w:rPr>
          <w:b w:val="0"/>
          <w:sz w:val="20"/>
        </w:rPr>
        <w:t>Invoices will be issued monthly and are payable within 14 days of receipt.</w:t>
      </w:r>
    </w:p>
    <w:p>
      <w:r>
        <w:rPr>
          <w:b w:val="0"/>
          <w:sz w:val="20"/>
        </w:rPr>
        <w:t>Late payments may attract interest at the rate of ____% per annum, calculated daily.</w:t>
      </w:r>
    </w:p>
    <w:p/>
    <w:p>
      <w:r>
        <w:rPr>
          <w:b/>
          <w:sz w:val="22"/>
        </w:rPr>
        <w:t>4. CLIENT OBLIGATIONS</w:t>
      </w:r>
    </w:p>
    <w:p>
      <w:r>
        <w:rPr>
          <w:b w:val="0"/>
          <w:sz w:val="20"/>
        </w:rPr>
        <w:t>The Client shall provide all necessary information, documents, and cooperation reasonably required by the Service Provider to perform the services.</w:t>
      </w:r>
    </w:p>
    <w:p>
      <w:r>
        <w:rPr>
          <w:b w:val="0"/>
          <w:sz w:val="20"/>
        </w:rPr>
        <w:t>The Client warrants that all information provided is true, complete, and accurate.</w:t>
      </w:r>
    </w:p>
    <w:p/>
    <w:p>
      <w:r>
        <w:rPr>
          <w:b/>
          <w:sz w:val="22"/>
        </w:rPr>
        <w:t>5. CONFIDENTIALITY</w:t>
      </w:r>
    </w:p>
    <w:p>
      <w:r>
        <w:rPr>
          <w:b w:val="0"/>
          <w:sz w:val="20"/>
        </w:rPr>
        <w:t>Both parties agree to keep confidential all information received from the other party during the term of this Agreement and thereafter, except as required by law or with prior written consent.</w:t>
      </w:r>
    </w:p>
    <w:p/>
    <w:p>
      <w:r>
        <w:rPr>
          <w:b/>
          <w:sz w:val="22"/>
        </w:rPr>
        <w:t>6. CONFLICTS OF INTEREST</w:t>
      </w:r>
    </w:p>
    <w:p>
      <w:r>
        <w:rPr>
          <w:b w:val="0"/>
          <w:sz w:val="20"/>
        </w:rPr>
        <w:t>The Service Provider shall disclose any actual or potential conflicts of interest that may arise during the provision of services.</w:t>
      </w:r>
    </w:p>
    <w:p>
      <w:r>
        <w:rPr>
          <w:b w:val="0"/>
          <w:sz w:val="20"/>
        </w:rPr>
        <w:t>Where a conflict is identified, the Service Provider may cease acting for the Client unless otherwise agreed.</w:t>
      </w:r>
    </w:p>
    <w:p/>
    <w:p>
      <w:r>
        <w:rPr>
          <w:b/>
          <w:sz w:val="22"/>
        </w:rPr>
        <w:t>7. LIABILITY</w:t>
      </w:r>
    </w:p>
    <w:p>
      <w:r>
        <w:rPr>
          <w:b w:val="0"/>
          <w:sz w:val="20"/>
        </w:rPr>
        <w:t>The Service Provider will perform services with due skill, care, and diligence.</w:t>
      </w:r>
    </w:p>
    <w:p>
      <w:r>
        <w:rPr>
          <w:b w:val="0"/>
          <w:sz w:val="20"/>
        </w:rPr>
        <w:t>To the extent permitted by law, the Service Provider’s liability for any claim arising out of or related to this Agreement shall be limited to the fees paid by the Client under this Agreement.</w:t>
      </w:r>
    </w:p>
    <w:p>
      <w:r>
        <w:rPr>
          <w:b w:val="0"/>
          <w:sz w:val="20"/>
        </w:rPr>
        <w:t>The Service Provider excludes liability for indirect, consequential, or punitive damages.</w:t>
      </w:r>
    </w:p>
    <w:p/>
    <w:p>
      <w:r>
        <w:rPr>
          <w:b/>
          <w:sz w:val="22"/>
        </w:rPr>
        <w:t>8. TERMINATION</w:t>
      </w:r>
    </w:p>
    <w:p>
      <w:r>
        <w:rPr>
          <w:b w:val="0"/>
          <w:sz w:val="20"/>
        </w:rPr>
        <w:t>Either party may terminate this Agreement upon providing 14 days written notice to the other party.</w:t>
      </w:r>
    </w:p>
    <w:p>
      <w:r>
        <w:rPr>
          <w:b w:val="0"/>
          <w:sz w:val="20"/>
        </w:rPr>
        <w:t>The Service Provider may terminate immediately if the Client breaches any material term of this Agreement or fails to pay fees when due.</w:t>
      </w:r>
    </w:p>
    <w:p>
      <w:r>
        <w:rPr>
          <w:b w:val="0"/>
          <w:sz w:val="20"/>
        </w:rPr>
        <w:t>Upon termination, the Client shall pay for all services rendered and expenses incurred up to the date of termination.</w:t>
      </w:r>
    </w:p>
    <w:p/>
    <w:p>
      <w:r>
        <w:rPr>
          <w:b/>
          <w:sz w:val="22"/>
        </w:rPr>
        <w:t>9. OWNERSHIP OF DOCUMENTS</w:t>
      </w:r>
    </w:p>
    <w:p>
      <w:r>
        <w:rPr>
          <w:b w:val="0"/>
          <w:sz w:val="20"/>
        </w:rPr>
        <w:t>All original documents and files prepared by the Service Provider shall remain the property of the Service Provider until all fees have been paid in full.</w:t>
      </w:r>
    </w:p>
    <w:p>
      <w:r>
        <w:rPr>
          <w:b w:val="0"/>
          <w:sz w:val="20"/>
        </w:rPr>
        <w:t>The Client shall be entitled to copies of documents upon full payment.</w:t>
      </w:r>
    </w:p>
    <w:p/>
    <w:p>
      <w:r>
        <w:rPr>
          <w:b/>
          <w:sz w:val="22"/>
        </w:rPr>
        <w:t>10. DISPUTE RESOLUTION</w:t>
      </w:r>
    </w:p>
    <w:p>
      <w:r>
        <w:rPr>
          <w:b w:val="0"/>
          <w:sz w:val="20"/>
        </w:rPr>
        <w:t>In the event of any dispute arising out of or relating to this Agreement, the parties agree to attempt to resolve the dispute through good faith negotiations.</w:t>
      </w:r>
    </w:p>
    <w:p>
      <w:r>
        <w:rPr>
          <w:b w:val="0"/>
          <w:sz w:val="20"/>
        </w:rPr>
        <w:t>If the dispute cannot be resolved by negotiation, the parties agree to submit to mediation before commencing any legal proceedings.</w:t>
      </w:r>
    </w:p>
    <w:p/>
    <w:p>
      <w:r>
        <w:rPr>
          <w:b/>
          <w:sz w:val="22"/>
        </w:rPr>
        <w:t>11. GOVERNING LAW AND JURISDICTION</w:t>
      </w:r>
    </w:p>
    <w:p>
      <w:r>
        <w:rPr>
          <w:b w:val="0"/>
          <w:sz w:val="20"/>
        </w:rPr>
        <w:t>This Agreement shall be governed by and construed in accordance with the laws of the Commonwealth of Australia and the state or territory where the Service Provider principally operates.</w:t>
      </w:r>
    </w:p>
    <w:p>
      <w:r>
        <w:rPr>
          <w:b w:val="0"/>
          <w:sz w:val="20"/>
        </w:rPr>
        <w:t>The parties submit to the exclusive jurisdiction of the courts of that state or territory.</w:t>
      </w:r>
    </w:p>
    <w:p/>
    <w:p>
      <w:r>
        <w:rPr>
          <w:b/>
          <w:sz w:val="22"/>
        </w:rPr>
        <w:t>12. ENTIRE AGREEMENT</w:t>
      </w:r>
    </w:p>
    <w:p>
      <w:r>
        <w:rPr>
          <w:b w:val="0"/>
          <w:sz w:val="20"/>
        </w:rPr>
        <w:t>This Agreement contains the entire agreement of the parties and supersedes all prior agreements, understandings, negotiations and discussions, whether oral or written.</w:t>
      </w:r>
    </w:p>
    <w:p>
      <w:r>
        <w:rPr>
          <w:b w:val="0"/>
          <w:sz w:val="20"/>
        </w:rPr>
        <w:t>Any amendments or variations must be in writing and signed by both parties.</w:t>
      </w:r>
    </w:p>
    <w:p/>
    <w:p>
      <w:r>
        <w:rPr>
          <w:b/>
          <w:sz w:val="22"/>
        </w:rPr>
        <w:t>13. SEVERABILITY</w:t>
      </w:r>
    </w:p>
    <w:p>
      <w:r>
        <w:rPr>
          <w:b w:val="0"/>
          <w:sz w:val="20"/>
        </w:rPr>
        <w:t>If any provision of this Agreement is held to be invalid, illegal or unenforceable, the remaining provisions shall continue in full force and effect.</w:t>
      </w:r>
    </w:p>
    <w:p/>
    <w:p>
      <w:r>
        <w:rPr>
          <w:b/>
          <w:sz w:val="22"/>
        </w:rPr>
        <w:t>14. NOTICES</w:t>
      </w:r>
    </w:p>
    <w:p>
      <w:r>
        <w:rPr>
          <w:b w:val="0"/>
          <w:sz w:val="20"/>
        </w:rPr>
        <w:t>All notices under this Agreement must be in writing and delivered by hand, prepaid post, or email to the addresses specified in this Agreement or as notified in writing.</w:t>
      </w:r>
    </w:p>
    <w:p/>
    <w:p/>
    <w:p>
      <w:pPr>
        <w:jc w:val="center"/>
      </w:pPr>
      <w:r>
        <w:rPr>
          <w:b/>
          <w:sz w:val="20"/>
        </w:rPr>
        <w:t>EXECUTED as an Agreement</w:t>
      </w:r>
    </w:p>
    <w:p/>
    <w:p/>
    <w:p>
      <w:r>
        <w:rPr>
          <w:b/>
          <w:sz w:val="20"/>
        </w:rPr>
        <w:t>Service Provider:</w:t>
      </w:r>
    </w:p>
    <w:p>
      <w:r>
        <w:rPr>
          <w:b w:val="0"/>
          <w:sz w:val="20"/>
        </w:rPr>
        <w:t>Name: ________________________________________________________________</w:t>
      </w:r>
    </w:p>
    <w:p>
      <w:r>
        <w:rPr>
          <w:b w:val="0"/>
          <w:sz w:val="20"/>
        </w:rPr>
        <w:t>Signature: _____________________________________________________________</w:t>
      </w:r>
    </w:p>
    <w:p>
      <w:r>
        <w:rPr>
          <w:b w:val="0"/>
          <w:sz w:val="20"/>
        </w:rPr>
        <w:t>Date: ___________________________</w:t>
      </w:r>
    </w:p>
    <w:p/>
    <w:p/>
    <w:p>
      <w:r>
        <w:rPr>
          <w:b/>
          <w:sz w:val="20"/>
        </w:rPr>
        <w:t>Client:</w:t>
      </w:r>
    </w:p>
    <w:p>
      <w:r>
        <w:rPr>
          <w:b w:val="0"/>
          <w:sz w:val="20"/>
        </w:rPr>
        <w:t>Name: ________________________________________________________________</w:t>
      </w:r>
    </w:p>
    <w:p>
      <w:r>
        <w:rPr>
          <w:b w:val="0"/>
          <w:sz w:val="20"/>
        </w:rPr>
        <w:t>Signature: _____________________________________________________________</w:t>
      </w:r>
    </w:p>
    <w:p>
      <w:r>
        <w:rPr>
          <w:b w:val="0"/>
          <w:sz w:val="20"/>
        </w:rPr>
        <w:t>Date: 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https://templatesdocs-au.com/legal-contract/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legal-contrac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