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LETTER OF EMPLOYMENT</w:t>
      </w:r>
    </w:p>
    <w:p/>
    <w:p>
      <w:r>
        <w:rPr>
          <w:b/>
          <w:sz w:val="20"/>
        </w:rPr>
        <w:t>Employer Details:</w:t>
      </w:r>
    </w:p>
    <w:p>
      <w:r>
        <w:rPr>
          <w:b w:val="0"/>
          <w:sz w:val="20"/>
        </w:rPr>
        <w:t>Company Name: ____________________________________________________________</w:t>
      </w:r>
    </w:p>
    <w:p>
      <w:r>
        <w:rPr>
          <w:b w:val="0"/>
          <w:sz w:val="20"/>
        </w:rPr>
        <w:t>ABN (Australian Business Number): ________________________________________</w:t>
      </w:r>
    </w:p>
    <w:p>
      <w:r>
        <w:rPr>
          <w:b w:val="0"/>
          <w:sz w:val="20"/>
        </w:rPr>
        <w:t>Registered Address: _______________________________________________________</w:t>
      </w:r>
    </w:p>
    <w:p>
      <w:r>
        <w:rPr>
          <w:b w:val="0"/>
          <w:sz w:val="20"/>
        </w:rPr>
        <w:t>Phone: _________________________________________________________________</w:t>
      </w:r>
    </w:p>
    <w:p>
      <w:r>
        <w:rPr>
          <w:b w:val="0"/>
          <w:sz w:val="20"/>
        </w:rPr>
        <w:t>Email: _________________________________________________________________</w:t>
      </w:r>
    </w:p>
    <w:p/>
    <w:p>
      <w:r>
        <w:rPr>
          <w:b/>
          <w:sz w:val="20"/>
        </w:rPr>
        <w:t>Employee Details:</w:t>
      </w:r>
    </w:p>
    <w:p>
      <w:r>
        <w:rPr>
          <w:b w:val="0"/>
          <w:sz w:val="20"/>
        </w:rPr>
        <w:t>Full Name: _______________________________________________________________</w:t>
      </w:r>
    </w:p>
    <w:p>
      <w:r>
        <w:rPr>
          <w:b w:val="0"/>
          <w:sz w:val="20"/>
        </w:rPr>
        <w:t>Residential Address: ______________________________________________________</w:t>
      </w:r>
    </w:p>
    <w:p>
      <w:r>
        <w:rPr>
          <w:b w:val="0"/>
          <w:sz w:val="20"/>
        </w:rPr>
        <w:t>Phone: _________________________________________________________________</w:t>
      </w:r>
    </w:p>
    <w:p>
      <w:r>
        <w:rPr>
          <w:b w:val="0"/>
          <w:sz w:val="20"/>
        </w:rPr>
        <w:t>Email: _________________________________________________________________</w:t>
      </w:r>
    </w:p>
    <w:p/>
    <w:p>
      <w:r>
        <w:rPr>
          <w:b/>
          <w:sz w:val="20"/>
        </w:rPr>
        <w:t>Position and Commencement:</w:t>
      </w:r>
    </w:p>
    <w:p>
      <w:r>
        <w:rPr>
          <w:b w:val="0"/>
          <w:sz w:val="20"/>
        </w:rPr>
        <w:t>Position Title: ___________________________________________________________</w:t>
      </w:r>
    </w:p>
    <w:p>
      <w:r>
        <w:rPr>
          <w:b w:val="0"/>
          <w:sz w:val="20"/>
        </w:rPr>
        <w:t>Commencement Date: _______________________________________________________</w:t>
      </w:r>
    </w:p>
    <w:p>
      <w:r>
        <w:rPr>
          <w:b w:val="0"/>
          <w:sz w:val="20"/>
        </w:rPr>
        <w:t>Place of Work: ___________________________________________________________</w:t>
      </w:r>
    </w:p>
    <w:p/>
    <w:p>
      <w:r>
        <w:rPr>
          <w:b/>
          <w:sz w:val="20"/>
        </w:rPr>
        <w:t>Employment Type:</w:t>
      </w:r>
    </w:p>
    <w:p>
      <w:r>
        <w:rPr>
          <w:b w:val="0"/>
          <w:sz w:val="20"/>
        </w:rPr>
        <w:t>☐ Full-Time (minimum 38 hours per week)</w:t>
      </w:r>
    </w:p>
    <w:p>
      <w:r>
        <w:rPr>
          <w:b w:val="0"/>
          <w:sz w:val="20"/>
        </w:rPr>
        <w:t>☐ Part-Time (average ______ hours per week)</w:t>
      </w:r>
    </w:p>
    <w:p>
      <w:r>
        <w:rPr>
          <w:b w:val="0"/>
          <w:sz w:val="20"/>
        </w:rPr>
        <w:t>☐ Casual</w:t>
      </w:r>
    </w:p>
    <w:p>
      <w:r>
        <w:rPr>
          <w:b w:val="0"/>
          <w:sz w:val="20"/>
        </w:rPr>
        <w:t>☐ Fixed-Term / Contract (specify term: _____________________________________)</w:t>
      </w:r>
    </w:p>
    <w:p/>
    <w:p>
      <w:r>
        <w:rPr>
          <w:b/>
          <w:sz w:val="20"/>
        </w:rPr>
        <w:t>Duties and Responsibilities:</w:t>
      </w:r>
    </w:p>
    <w:p>
      <w:r>
        <w:rPr>
          <w:b w:val="0"/>
          <w:sz w:val="20"/>
        </w:rPr>
        <w:t>The Employee agrees to perform the duties and responsibilities as outlined below:</w:t>
      </w:r>
    </w:p>
    <w:p>
      <w:r>
        <w:rPr>
          <w:b w:val="0"/>
          <w:sz w:val="20"/>
        </w:rPr>
        <w:t>___________________________________________________________________________</w:t>
      </w:r>
    </w:p>
    <w:p>
      <w:r>
        <w:rPr>
          <w:b w:val="0"/>
          <w:sz w:val="20"/>
        </w:rPr>
        <w:t>___________________________________________________________________________</w:t>
      </w:r>
    </w:p>
    <w:p>
      <w:r>
        <w:rPr>
          <w:b w:val="0"/>
          <w:sz w:val="20"/>
        </w:rPr>
        <w:t>The Employee shall comply with all lawful and reasonable directions and policies of the Employer.</w:t>
      </w:r>
    </w:p>
    <w:p/>
    <w:p>
      <w:r>
        <w:rPr>
          <w:b/>
          <w:sz w:val="20"/>
        </w:rPr>
        <w:t>Remuneration:</w:t>
      </w:r>
    </w:p>
    <w:p>
      <w:r>
        <w:rPr>
          <w:b w:val="0"/>
          <w:sz w:val="20"/>
        </w:rPr>
        <w:t>Base Salary: __________ AUD per annum (gross), payable [weekly/fortnightly/monthly]</w:t>
      </w:r>
    </w:p>
    <w:p>
      <w:r>
        <w:rPr>
          <w:b w:val="0"/>
          <w:sz w:val="20"/>
        </w:rPr>
        <w:t>Superannuation Contributions: Employer will make contributions in accordance with the Superannuation Guarantee (currently ______%) under Australian law.</w:t>
      </w:r>
    </w:p>
    <w:p>
      <w:r>
        <w:rPr>
          <w:b w:val="0"/>
          <w:sz w:val="20"/>
        </w:rPr>
        <w:t>Payment Method: ___________________________________________________________</w:t>
      </w:r>
    </w:p>
    <w:p/>
    <w:p>
      <w:r>
        <w:rPr>
          <w:b/>
          <w:sz w:val="20"/>
        </w:rPr>
        <w:t>Hours of Work:</w:t>
      </w:r>
    </w:p>
    <w:p>
      <w:r>
        <w:rPr>
          <w:b w:val="0"/>
          <w:sz w:val="20"/>
        </w:rPr>
        <w:t>The ordinary hours of work are ______ hours per week, from ______ to ______, on the following days:</w:t>
      </w:r>
    </w:p>
    <w:p>
      <w:r>
        <w:rPr>
          <w:b w:val="0"/>
          <w:sz w:val="20"/>
        </w:rPr>
        <w:t>___________________________________________________________________________</w:t>
      </w:r>
    </w:p>
    <w:p>
      <w:r>
        <w:rPr>
          <w:b w:val="0"/>
          <w:sz w:val="20"/>
        </w:rPr>
        <w:t>Overtime may be required as necessary and will be compensated according to applicable laws or agreements.</w:t>
      </w:r>
    </w:p>
    <w:p/>
    <w:p>
      <w:r>
        <w:rPr>
          <w:b/>
          <w:sz w:val="20"/>
        </w:rPr>
        <w:t>Leave Entitlements:</w:t>
      </w:r>
    </w:p>
    <w:p>
      <w:r>
        <w:rPr>
          <w:b w:val="0"/>
          <w:sz w:val="20"/>
        </w:rPr>
        <w:t>The Employee is entitled to the following leave benefits as per the National Employment Standards and applicable awards or agreements:</w:t>
      </w:r>
    </w:p>
    <w:p>
      <w:r>
        <w:rPr>
          <w:b w:val="0"/>
          <w:sz w:val="20"/>
        </w:rPr>
        <w:t>- Annual Leave: ______ weeks per year</w:t>
      </w:r>
    </w:p>
    <w:p>
      <w:r>
        <w:rPr>
          <w:b w:val="0"/>
          <w:sz w:val="20"/>
        </w:rPr>
        <w:t>- Personal/Carer's Leave: ______ days per year</w:t>
      </w:r>
    </w:p>
    <w:p>
      <w:r>
        <w:rPr>
          <w:b w:val="0"/>
          <w:sz w:val="20"/>
        </w:rPr>
        <w:t>- Compassionate Leave as per legislation</w:t>
      </w:r>
    </w:p>
    <w:p>
      <w:r>
        <w:rPr>
          <w:b w:val="0"/>
          <w:sz w:val="20"/>
        </w:rPr>
        <w:t>- Long Service Leave as per applicable legislation</w:t>
      </w:r>
    </w:p>
    <w:p>
      <w:r>
        <w:rPr>
          <w:b w:val="0"/>
          <w:sz w:val="20"/>
        </w:rPr>
        <w:t>- Parental Leave rights under the Fair Work Act</w:t>
      </w:r>
    </w:p>
    <w:p/>
    <w:p>
      <w:r>
        <w:rPr>
          <w:b/>
          <w:sz w:val="20"/>
        </w:rPr>
        <w:t>Probationary Period:</w:t>
      </w:r>
    </w:p>
    <w:p>
      <w:r>
        <w:rPr>
          <w:b w:val="0"/>
          <w:sz w:val="20"/>
        </w:rPr>
        <w:t>The Employee will serve a probationary period of ______ months commencing from the commencement date. During this period, either party may terminate employment with ______ days written notice.</w:t>
      </w:r>
    </w:p>
    <w:p/>
    <w:p>
      <w:r>
        <w:rPr>
          <w:b/>
          <w:sz w:val="20"/>
        </w:rPr>
        <w:t>Confidentiality:</w:t>
      </w:r>
    </w:p>
    <w:p>
      <w:r>
        <w:rPr>
          <w:b w:val="0"/>
          <w:sz w:val="20"/>
        </w:rPr>
        <w:t>The Employee must at all times keep confidential any information concerning the Employer’s business, clients, or affairs obtained during the course of employment and must not disclose such information without prior written consent, both during and after employment.</w:t>
      </w:r>
    </w:p>
    <w:p/>
    <w:p>
      <w:r>
        <w:rPr>
          <w:b/>
          <w:sz w:val="20"/>
        </w:rPr>
        <w:t>Intellectual Property:</w:t>
      </w:r>
    </w:p>
    <w:p>
      <w:r>
        <w:rPr>
          <w:b w:val="0"/>
          <w:sz w:val="20"/>
        </w:rPr>
        <w:t>Any intellectual property created by the Employee in connection with their employment shall be the exclusive property of the Employer unless otherwise agreed in writing.</w:t>
      </w:r>
    </w:p>
    <w:p/>
    <w:p>
      <w:r>
        <w:rPr>
          <w:b/>
          <w:sz w:val="20"/>
        </w:rPr>
        <w:t>Termination of Employment:</w:t>
      </w:r>
    </w:p>
    <w:p>
      <w:r>
        <w:rPr>
          <w:b w:val="0"/>
          <w:sz w:val="20"/>
        </w:rPr>
        <w:t>Either party may terminate the employment by providing written notice as follows:</w:t>
      </w:r>
    </w:p>
    <w:p>
      <w:r>
        <w:rPr>
          <w:b w:val="0"/>
          <w:sz w:val="20"/>
        </w:rPr>
        <w:t>- During Probation: ______ days notice</w:t>
      </w:r>
    </w:p>
    <w:p>
      <w:r>
        <w:rPr>
          <w:b w:val="0"/>
          <w:sz w:val="20"/>
        </w:rPr>
        <w:t>- After Probation: ______ weeks/months notice in accordance with the Fair Work Act</w:t>
      </w:r>
    </w:p>
    <w:p>
      <w:r>
        <w:rPr>
          <w:b w:val="0"/>
          <w:sz w:val="20"/>
        </w:rPr>
        <w:t>The Employer may terminate employment without notice for serious misconduct.</w:t>
      </w:r>
    </w:p>
    <w:p/>
    <w:p>
      <w:r>
        <w:rPr>
          <w:b/>
          <w:sz w:val="20"/>
        </w:rPr>
        <w:t>Workplace Policies:</w:t>
      </w:r>
    </w:p>
    <w:p>
      <w:r>
        <w:rPr>
          <w:b w:val="0"/>
          <w:sz w:val="20"/>
        </w:rPr>
        <w:t>The Employee agrees to abide by all workplace policies, procedures, and codes of conduct as amended from time to time.</w:t>
      </w:r>
    </w:p>
    <w:p/>
    <w:p>
      <w:r>
        <w:rPr>
          <w:b/>
          <w:sz w:val="20"/>
        </w:rPr>
        <w:t>Health and Safety:</w:t>
      </w:r>
    </w:p>
    <w:p>
      <w:r>
        <w:rPr>
          <w:b w:val="0"/>
          <w:sz w:val="20"/>
        </w:rPr>
        <w:t>The Employer is committed to providing a safe working environment and the Employee agrees to comply with all health and safety requirements and report hazards or incidents promptly.</w:t>
      </w:r>
    </w:p>
    <w:p/>
    <w:p>
      <w:r>
        <w:rPr>
          <w:b/>
          <w:sz w:val="20"/>
        </w:rPr>
        <w:t>Dispute Resolution:</w:t>
      </w:r>
    </w:p>
    <w:p>
      <w:r>
        <w:rPr>
          <w:b w:val="0"/>
          <w:sz w:val="20"/>
        </w:rPr>
        <w:t>In the event of any workplace disputes, the parties agree to attempt resolution in good faith through mediation or other agreed processes before seeking external remedies.</w:t>
      </w:r>
    </w:p>
    <w:p/>
    <w:p>
      <w:r>
        <w:rPr>
          <w:b/>
          <w:sz w:val="20"/>
        </w:rPr>
        <w:t>Governing Law:</w:t>
      </w:r>
    </w:p>
    <w:p>
      <w:r>
        <w:rPr>
          <w:b w:val="0"/>
          <w:sz w:val="20"/>
        </w:rPr>
        <w:t>This Letter of Employment shall be governed by and construed in accordance with the laws of the Commonwealth of Australia and the relevant State or Territory legislation.</w:t>
      </w:r>
    </w:p>
    <w:p/>
    <w:p/>
    <w:p>
      <w:r>
        <w:rPr>
          <w:b/>
          <w:sz w:val="20"/>
        </w:rPr>
        <w:t>Signed on behalf of the Employer:</w:t>
      </w:r>
    </w:p>
    <w:p>
      <w:r>
        <w:rPr>
          <w:b w:val="0"/>
          <w:sz w:val="20"/>
        </w:rPr>
        <w:t>Name: __________________________________________</w:t>
      </w:r>
    </w:p>
    <w:p>
      <w:r>
        <w:rPr>
          <w:b w:val="0"/>
          <w:sz w:val="20"/>
        </w:rPr>
        <w:t>Position: ________________________________________</w:t>
      </w:r>
    </w:p>
    <w:p>
      <w:r>
        <w:rPr>
          <w:b w:val="0"/>
          <w:sz w:val="20"/>
        </w:rPr>
        <w:t>Signature: _______________________________________</w:t>
      </w:r>
    </w:p>
    <w:p/>
    <w:p/>
    <w:p>
      <w:r>
        <w:rPr>
          <w:b/>
          <w:sz w:val="20"/>
        </w:rPr>
        <w:t>Signed by the Employee:</w:t>
      </w:r>
    </w:p>
    <w:p>
      <w:r>
        <w:rPr>
          <w:b w:val="0"/>
          <w:sz w:val="20"/>
        </w:rPr>
        <w:t>Name: __________________________________________</w:t>
      </w:r>
    </w:p>
    <w:p>
      <w:r>
        <w:rPr>
          <w:b w:val="0"/>
          <w:sz w:val="20"/>
        </w:rPr>
        <w:t>Signature: 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EMPLOYER</w:t>
            </w:r>
          </w:p>
        </w:tc>
        <w:tc>
          <w:tcPr>
            <w:tcW w:type="dxa" w:w="4986"/>
            <w:tcBorders>
              <w:top w:val="nil"/>
              <w:left w:val="nil"/>
              <w:bottom w:val="nil"/>
              <w:right w:val="nil"/>
              <w:insideH w:val="nil"/>
              <w:insideV w:val="nil"/>
            </w:tcBorders>
          </w:tcPr>
          <w:p>
            <w:pPr>
              <w:jc w:val="center"/>
            </w:pPr>
            <w:r>
              <w:t>EMPLOYEE</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https://templatesdocs-au.com/letter-of-employment/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https://templatesdocs-au.com</w:t>
        </w:r>
      </w:hyperlink>
    </w:p>
    <w:p>
      <w:pPr>
        <w:jc w:val="center"/>
      </w:pPr>
      <w:r>
        <w:rPr>
          <w:color w:val="808080"/>
          <w:sz w:val="20"/>
        </w:rPr>
        <w:t>This template is intended exclusively for personal, non-commercial use.</w:t>
        <w:br/>
        <w:t>If distributed or published, the source must be mentioned. © templatesdocs-au.com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templatesdocs-au.com/letter-of-employment/" TargetMode="External"/><Relationship Id="rId10" Type="http://schemas.openxmlformats.org/officeDocument/2006/relationships/hyperlink" Target="https://templatesdocs-au.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