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MEDICAL RELEASE FORM</w:t>
      </w:r>
    </w:p>
    <w:p/>
    <w:p/>
    <w:p>
      <w:r>
        <w:rPr>
          <w:b/>
          <w:sz w:val="20"/>
        </w:rPr>
        <w:t>Patient Details:</w:t>
      </w:r>
    </w:p>
    <w:p>
      <w:r>
        <w:rPr>
          <w:b w:val="0"/>
          <w:sz w:val="20"/>
        </w:rPr>
        <w:t>Full Name: ________________________________________________________________</w:t>
      </w:r>
    </w:p>
    <w:p>
      <w:r>
        <w:rPr>
          <w:b w:val="0"/>
          <w:sz w:val="20"/>
        </w:rPr>
        <w:t>Date of Birth: ____________________________________________________________</w:t>
      </w:r>
    </w:p>
    <w:p>
      <w:r>
        <w:rPr>
          <w:b w:val="0"/>
          <w:sz w:val="20"/>
        </w:rPr>
        <w:t>Address: _________________________________________________________________</w:t>
      </w:r>
    </w:p>
    <w:p>
      <w:r>
        <w:rPr>
          <w:b w:val="0"/>
          <w:sz w:val="20"/>
        </w:rPr>
        <w:t>Phone Number: ____________________________________________________________</w:t>
      </w:r>
    </w:p>
    <w:p>
      <w:r>
        <w:rPr>
          <w:b w:val="0"/>
          <w:sz w:val="20"/>
        </w:rPr>
        <w:t>Email Address: ____________________________________________________________</w:t>
      </w:r>
    </w:p>
    <w:p/>
    <w:p>
      <w:r>
        <w:rPr>
          <w:b/>
          <w:sz w:val="20"/>
        </w:rPr>
        <w:t>Authorized Person to Receive Medical Information:</w:t>
      </w:r>
    </w:p>
    <w:p>
      <w:r>
        <w:rPr>
          <w:b w:val="0"/>
          <w:sz w:val="20"/>
        </w:rPr>
        <w:t>Full Name: ________________________________________________________________</w:t>
      </w:r>
    </w:p>
    <w:p>
      <w:r>
        <w:rPr>
          <w:b w:val="0"/>
          <w:sz w:val="20"/>
        </w:rPr>
        <w:t>Relationship to Patient: ___________________________________________________</w:t>
      </w:r>
    </w:p>
    <w:p>
      <w:r>
        <w:rPr>
          <w:b w:val="0"/>
          <w:sz w:val="20"/>
        </w:rPr>
        <w:t>Address: _________________________________________________________________</w:t>
      </w:r>
    </w:p>
    <w:p>
      <w:r>
        <w:rPr>
          <w:b w:val="0"/>
          <w:sz w:val="20"/>
        </w:rPr>
        <w:t>Phone Number: ____________________________________________________________</w:t>
      </w:r>
    </w:p>
    <w:p>
      <w:r>
        <w:rPr>
          <w:b w:val="0"/>
          <w:sz w:val="20"/>
        </w:rPr>
        <w:t>Email Address: ____________________________________________________________</w:t>
      </w:r>
    </w:p>
    <w:p/>
    <w:p>
      <w:r>
        <w:rPr>
          <w:b/>
          <w:sz w:val="20"/>
        </w:rPr>
        <w:t>Healthcare Provider/Facility Information:</w:t>
      </w:r>
    </w:p>
    <w:p>
      <w:r>
        <w:rPr>
          <w:b w:val="0"/>
          <w:sz w:val="20"/>
        </w:rPr>
        <w:t>Name: ___________________________________________________________________</w:t>
      </w:r>
    </w:p>
    <w:p>
      <w:r>
        <w:rPr>
          <w:b w:val="0"/>
          <w:sz w:val="20"/>
        </w:rPr>
        <w:t>Address: _________________________________________________________________</w:t>
      </w:r>
    </w:p>
    <w:p>
      <w:r>
        <w:rPr>
          <w:b w:val="0"/>
          <w:sz w:val="20"/>
        </w:rPr>
        <w:t>Phone Number: ____________________________________________________________</w:t>
      </w:r>
    </w:p>
    <w:p/>
    <w:p>
      <w:r>
        <w:rPr>
          <w:b/>
          <w:sz w:val="20"/>
        </w:rPr>
        <w:t>Purpose of Medical Information Disclosure:</w:t>
      </w:r>
    </w:p>
    <w:p>
      <w:r>
        <w:rPr>
          <w:b w:val="0"/>
          <w:sz w:val="20"/>
        </w:rPr>
        <w:t>The undersigned authorizes the above healthcare provider or facility to disclose the patient's medical information for the following purpose(s):</w:t>
      </w:r>
    </w:p>
    <w:p>
      <w:r>
        <w:rPr>
          <w:b w:val="0"/>
          <w:sz w:val="20"/>
        </w:rPr>
        <w:t>____________________________________________________________________________</w:t>
      </w:r>
    </w:p>
    <w:p>
      <w:r>
        <w:rPr>
          <w:b w:val="0"/>
          <w:sz w:val="20"/>
        </w:rPr>
        <w:t>____________________________________________________________________________</w:t>
      </w:r>
    </w:p>
    <w:p/>
    <w:p>
      <w:r>
        <w:rPr>
          <w:b/>
          <w:sz w:val="20"/>
        </w:rPr>
        <w:t>Description of Medical Information to be Released:</w:t>
      </w:r>
    </w:p>
    <w:p>
      <w:r>
        <w:rPr>
          <w:b w:val="0"/>
          <w:sz w:val="20"/>
        </w:rPr>
        <w:t>Specify the type or nature of medical information to be disclosed, including but not limited to:</w:t>
      </w:r>
    </w:p>
    <w:p>
      <w:r>
        <w:rPr>
          <w:b w:val="0"/>
          <w:sz w:val="20"/>
        </w:rPr>
        <w:t>- Medical history and diagnoses</w:t>
      </w:r>
    </w:p>
    <w:p>
      <w:r>
        <w:rPr>
          <w:b w:val="0"/>
          <w:sz w:val="20"/>
        </w:rPr>
        <w:t>- Treatment records and progress notes</w:t>
      </w:r>
    </w:p>
    <w:p>
      <w:r>
        <w:rPr>
          <w:b w:val="0"/>
          <w:sz w:val="20"/>
        </w:rPr>
        <w:t>- Laboratory and test results</w:t>
      </w:r>
    </w:p>
    <w:p>
      <w:r>
        <w:rPr>
          <w:b w:val="0"/>
          <w:sz w:val="20"/>
        </w:rPr>
        <w:t>- Imaging and radiology reports</w:t>
      </w:r>
    </w:p>
    <w:p>
      <w:r>
        <w:rPr>
          <w:b w:val="0"/>
          <w:sz w:val="20"/>
        </w:rPr>
        <w:t>- Medication details</w:t>
      </w:r>
    </w:p>
    <w:p>
      <w:r>
        <w:rPr>
          <w:b w:val="0"/>
          <w:sz w:val="20"/>
        </w:rPr>
        <w:t>- Other: ________________________________________________________________</w:t>
      </w:r>
    </w:p>
    <w:p/>
    <w:p>
      <w:r>
        <w:rPr>
          <w:b/>
          <w:sz w:val="20"/>
        </w:rPr>
        <w:t>Expiry and Revocation of Authorization:</w:t>
      </w:r>
    </w:p>
    <w:p>
      <w:r>
        <w:rPr>
          <w:b w:val="0"/>
          <w:sz w:val="20"/>
        </w:rPr>
        <w:t>This authorization remains valid until revoked in writing by the patient or legally authorized representative. Revocation does not affect any disclosures made prior to receipt of the revocation notice.</w:t>
      </w:r>
    </w:p>
    <w:p/>
    <w:p>
      <w:r>
        <w:rPr>
          <w:b/>
          <w:sz w:val="20"/>
        </w:rPr>
        <w:t>Statement of Understanding and Consent:</w:t>
      </w:r>
    </w:p>
    <w:p>
      <w:r>
        <w:rPr>
          <w:b w:val="0"/>
          <w:sz w:val="20"/>
        </w:rPr>
        <w:t>I understand that the information disclosed may be subject to further disclosure by the recipient and may no longer be protected by privacy laws.</w:t>
      </w:r>
    </w:p>
    <w:p>
      <w:r>
        <w:rPr>
          <w:b w:val="0"/>
          <w:sz w:val="20"/>
        </w:rPr>
        <w:t>I release the healthcare provider/facility and its agents from any liability that may arise from the release of this information as authorized herein.</w:t>
      </w:r>
    </w:p>
    <w:p/>
    <w:p>
      <w:r>
        <w:rPr>
          <w:b/>
          <w:sz w:val="20"/>
        </w:rPr>
        <w:t>Privacy Notice:</w:t>
      </w:r>
    </w:p>
    <w:p>
      <w:r>
        <w:rPr>
          <w:b w:val="0"/>
          <w:sz w:val="20"/>
        </w:rPr>
        <w:t>The collection, use, and disclosure of personal and health information are governed by the Privacy Act 1988 (Cth) and the Australian Privacy Principles. This information is collected for the purpose of facilitating medical treatment and communication. You have the right to access and correct your personal information.</w:t>
      </w:r>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Patient / Legal Representative</w:t>
            </w:r>
          </w:p>
        </w:tc>
        <w:tc>
          <w:tcPr>
            <w:tcW w:type="dxa" w:w="4986"/>
            <w:tcBorders>
              <w:top w:val="nil"/>
              <w:left w:val="nil"/>
              <w:bottom w:val="nil"/>
              <w:right w:val="nil"/>
              <w:insideH w:val="nil"/>
              <w:insideV w:val="nil"/>
            </w:tcBorders>
          </w:tcPr>
          <w:p>
            <w:pPr>
              <w:jc w:val="center"/>
            </w:pPr>
            <w:r>
              <w:t>Witness</w:t>
            </w:r>
          </w:p>
        </w:tc>
      </w:tr>
      <w:tr>
        <w:tc>
          <w:tcPr>
            <w:tcW w:type="dxa" w:w="4986"/>
            <w:tcBorders>
              <w:top w:val="nil"/>
              <w:left w:val="nil"/>
              <w:bottom w:val="nil"/>
              <w:right w:val="nil"/>
              <w:insideH w:val="nil"/>
              <w:insideV w:val="nil"/>
            </w:tcBorders>
          </w:tcPr>
          <w:p>
            <w:pPr>
              <w:jc w:val="center"/>
            </w:pPr>
            <w:r>
              <w:br/>
              <w:br/>
              <w:t>Signature: ________________________________</w:t>
            </w:r>
          </w:p>
        </w:tc>
        <w:tc>
          <w:tcPr>
            <w:tcW w:type="dxa" w:w="4986"/>
            <w:tcBorders>
              <w:top w:val="nil"/>
              <w:left w:val="nil"/>
              <w:bottom w:val="nil"/>
              <w:right w:val="nil"/>
              <w:insideH w:val="nil"/>
              <w:insideV w:val="nil"/>
            </w:tcBorders>
          </w:tcPr>
          <w:p>
            <w:pPr>
              <w:jc w:val="center"/>
            </w:pPr>
            <w:r>
              <w:br/>
              <w:br/>
              <w:t>Signature: ________________________________</w:t>
            </w:r>
          </w:p>
        </w:tc>
      </w:tr>
      <w:tr>
        <w:tc>
          <w:tcPr>
            <w:tcW w:type="dxa" w:w="4986"/>
            <w:tcBorders>
              <w:top w:val="nil"/>
              <w:left w:val="nil"/>
              <w:bottom w:val="nil"/>
              <w:right w:val="nil"/>
              <w:insideH w:val="nil"/>
              <w:insideV w:val="nil"/>
            </w:tcBorders>
          </w:tcPr>
          <w:p>
            <w:pPr>
              <w:jc w:val="center"/>
            </w:pPr>
            <w:r>
              <w:t>Print Name: ________________________________</w:t>
            </w:r>
          </w:p>
        </w:tc>
        <w:tc>
          <w:tcPr>
            <w:tcW w:type="dxa" w:w="4986"/>
            <w:tcBorders>
              <w:top w:val="nil"/>
              <w:left w:val="nil"/>
              <w:bottom w:val="nil"/>
              <w:right w:val="nil"/>
              <w:insideH w:val="nil"/>
              <w:insideV w:val="nil"/>
            </w:tcBorders>
          </w:tcPr>
          <w:p>
            <w:pPr>
              <w:jc w:val="center"/>
            </w:pPr>
            <w:r>
              <w:t>Print Name: ________________________________</w:t>
            </w:r>
          </w:p>
        </w:tc>
      </w:tr>
      <w:tr>
        <w:tc>
          <w:tcPr>
            <w:tcW w:type="dxa" w:w="4986"/>
            <w:tcBorders>
              <w:top w:val="nil"/>
              <w:left w:val="nil"/>
              <w:bottom w:val="nil"/>
              <w:right w:val="nil"/>
              <w:insideH w:val="nil"/>
              <w:insideV w:val="nil"/>
            </w:tcBorders>
          </w:tcPr>
          <w:p>
            <w:pPr>
              <w:jc w:val="center"/>
            </w:pPr>
            <w:r>
              <w:t>Date: ______________________________________</w:t>
            </w:r>
          </w:p>
        </w:tc>
        <w:tc>
          <w:tcPr>
            <w:tcW w:type="dxa" w:w="4986"/>
            <w:tcBorders>
              <w:top w:val="nil"/>
              <w:left w:val="nil"/>
              <w:bottom w:val="nil"/>
              <w:right w:val="nil"/>
              <w:insideH w:val="nil"/>
              <w:insideV w:val="nil"/>
            </w:tcBorders>
          </w:tcPr>
          <w:p>
            <w:pPr>
              <w:jc w:val="center"/>
            </w:pPr>
            <w:r>
              <w:t>Date: ______________________________________</w:t>
            </w:r>
          </w:p>
        </w:tc>
      </w:tr>
    </w:tbl>
    <w:p/>
    <w:p/>
    <w:p>
      <w:r>
        <w:rPr>
          <w:b/>
          <w:sz w:val="20"/>
        </w:rPr>
        <w:t>Additional Notes:</w:t>
      </w:r>
    </w:p>
    <w:p>
      <w:r>
        <w:rPr>
          <w:b w:val="0"/>
          <w:sz w:val="20"/>
        </w:rPr>
        <w:t>___________________________________________________________________________________________</w:t>
      </w:r>
    </w:p>
    <w:p>
      <w:r>
        <w:rPr>
          <w:b w:val="0"/>
          <w:sz w:val="20"/>
        </w:rPr>
        <w:t>___________________________________________________________________________________________</w:t>
      </w:r>
    </w:p>
    <w:p>
      <w:r>
        <w:rPr>
          <w:b w:val="0"/>
          <w:sz w:val="20"/>
        </w:rPr>
        <w:t>___________________________________________________________________________________________</w:t>
      </w:r>
    </w:p>
    <w:p/>
    <w:p>
      <w:r>
        <w:br w:type="page"/>
      </w:r>
    </w:p>
    <w:p>
      <w:pPr>
        <w:jc w:val="center"/>
      </w:pPr>
      <w:r>
        <w:rPr>
          <w:color w:val="555555"/>
          <w:sz w:val="24"/>
        </w:rPr>
        <w:t>Original source of this document:</w:t>
      </w:r>
    </w:p>
    <w:p>
      <w:pPr>
        <w:jc w:val="center"/>
      </w:pPr>
      <w:hyperlink r:id="rId9">
        <w:r>
          <w:rPr>
            <w:color w:val="0000FF"/>
            <w:u w:val="single"/>
          </w:rPr>
          <w:t>https://templatesdocs-au.com/medical-release-form/</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https://templatesdocs-au.com</w:t>
        </w:r>
      </w:hyperlink>
    </w:p>
    <w:p>
      <w:pPr>
        <w:jc w:val="center"/>
      </w:pPr>
      <w:r>
        <w:rPr>
          <w:color w:val="808080"/>
          <w:sz w:val="20"/>
        </w:rPr>
        <w:t>This template is intended exclusively for personal, non-commercial use.</w:t>
        <w:br/>
        <w:t>If distributed or published, the source must be mentioned. © templatesdocs-au.com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emplatesdocs-au.com/medical-release-form/" TargetMode="External"/><Relationship Id="rId10" Type="http://schemas.openxmlformats.org/officeDocument/2006/relationships/hyperlink" Target="https://templatesdocs-a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