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TERMINATION OF EMPLOYMENT</w:t>
      </w:r>
    </w:p>
    <w:p/>
    <w:p>
      <w:r>
        <w:rPr>
          <w:b w:val="0"/>
          <w:sz w:val="20"/>
        </w:rPr>
        <w:t>To:</w:t>
      </w:r>
    </w:p>
    <w:p>
      <w:r>
        <w:rPr>
          <w:b w:val="0"/>
          <w:sz w:val="20"/>
        </w:rPr>
        <w:t>Employer Name: ____________________________________________________</w:t>
      </w:r>
    </w:p>
    <w:p>
      <w:r>
        <w:rPr>
          <w:b w:val="0"/>
          <w:sz w:val="20"/>
        </w:rPr>
        <w:t>Address: ___________________________________________________________</w:t>
      </w:r>
    </w:p>
    <w:p>
      <w:r>
        <w:rPr>
          <w:b w:val="0"/>
          <w:sz w:val="20"/>
        </w:rPr>
        <w:t>Email: _____________________________________________________________</w:t>
      </w:r>
    </w:p>
    <w:p/>
    <w:p>
      <w:r>
        <w:rPr>
          <w:b w:val="0"/>
          <w:sz w:val="20"/>
        </w:rPr>
        <w:t>From:</w:t>
      </w:r>
    </w:p>
    <w:p>
      <w:r>
        <w:rPr>
          <w:b w:val="0"/>
          <w:sz w:val="20"/>
        </w:rPr>
        <w:t>Employee Full Name: _________________________________________________</w:t>
      </w:r>
    </w:p>
    <w:p>
      <w:r>
        <w:rPr>
          <w:b w:val="0"/>
          <w:sz w:val="20"/>
        </w:rPr>
        <w:t>Position: ___________________________________________________________</w:t>
      </w:r>
    </w:p>
    <w:p>
      <w:r>
        <w:rPr>
          <w:b w:val="0"/>
          <w:sz w:val="20"/>
        </w:rPr>
        <w:t>Employee ID (if applicable): _________________________________________</w:t>
      </w:r>
    </w:p>
    <w:p>
      <w:r>
        <w:rPr>
          <w:b w:val="0"/>
          <w:sz w:val="20"/>
        </w:rPr>
        <w:t>Address: ___________________________________________________________</w:t>
      </w:r>
    </w:p>
    <w:p>
      <w:r>
        <w:rPr>
          <w:b w:val="0"/>
          <w:sz w:val="20"/>
        </w:rPr>
        <w:t>Email: _____________________________________________________________</w:t>
      </w:r>
    </w:p>
    <w:p/>
    <w:p>
      <w:r>
        <w:rPr>
          <w:b/>
          <w:sz w:val="20"/>
        </w:rPr>
        <w:t>Subject: Notice of Termination of Employment</w:t>
      </w:r>
    </w:p>
    <w:p/>
    <w:p>
      <w:r>
        <w:rPr>
          <w:b w:val="0"/>
          <w:sz w:val="20"/>
        </w:rPr>
        <w:t>Dear Sir/Madam,</w:t>
      </w:r>
    </w:p>
    <w:p/>
    <w:p>
      <w:r>
        <w:rPr>
          <w:b w:val="0"/>
          <w:sz w:val="20"/>
        </w:rPr>
        <w:t>I hereby give formal notice of my intention to terminate my employment with the company. This notice is provided in accordance with the terms and conditions of my employment contract and relevant Australian employment laws and regulations.</w:t>
      </w:r>
    </w:p>
    <w:p/>
    <w:p>
      <w:r>
        <w:rPr>
          <w:b w:val="0"/>
          <w:sz w:val="20"/>
        </w:rPr>
        <w:t>My last working day will be: __________________________________________</w:t>
      </w:r>
    </w:p>
    <w:p/>
    <w:p>
      <w:r>
        <w:rPr>
          <w:b w:val="0"/>
          <w:sz w:val="20"/>
        </w:rPr>
        <w:t>Reason for Termination (optional):</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val="0"/>
          <w:sz w:val="20"/>
        </w:rPr>
        <w:t>I acknowledge that I will return all company property, including but not limited to keys, documents, electronic devices, and any other materials belonging to the company by or before my last working day.</w:t>
      </w:r>
    </w:p>
    <w:p/>
    <w:p>
      <w:r>
        <w:rPr>
          <w:b w:val="0"/>
          <w:sz w:val="20"/>
        </w:rPr>
        <w:t>Please advise me of any outstanding entitlements, including but not limited to accrued leave, final pay, and any other benefits to which I may be entitled, as well as any necessary procedures I need to follow during the termination process.</w:t>
      </w:r>
    </w:p>
    <w:p/>
    <w:p>
      <w:r>
        <w:rPr>
          <w:b w:val="0"/>
          <w:sz w:val="20"/>
        </w:rPr>
        <w:t>I understand and acknowledge that my obligations regarding confidentiality, intellectual property, restraint of trade, and any other post-employment undertakings contained within my employment contract or as required by law shall continue to apply after the termination of my employment.</w:t>
      </w:r>
    </w:p>
    <w:p/>
    <w:p>
      <w:r>
        <w:rPr>
          <w:b w:val="0"/>
          <w:sz w:val="20"/>
        </w:rPr>
        <w:t>Please do not hesitate to contact me should you require any further information or assistance to ensure a smooth transition.</w:t>
      </w:r>
    </w:p>
    <w:p/>
    <w:p>
      <w:r>
        <w:rPr>
          <w:b w:val="0"/>
          <w:sz w:val="20"/>
        </w:rPr>
        <w:t>Thank you for the opportunities and experiences provided during my tenure with the company.</w:t>
      </w:r>
    </w:p>
    <w:p/>
    <w:p/>
    <w:p>
      <w:r>
        <w:rPr>
          <w:b w:val="0"/>
          <w:sz w:val="20"/>
        </w:rPr>
        <w:t>Yours sincerely,</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Signature: ______________________________</w:t>
            </w:r>
          </w:p>
        </w:tc>
      </w:tr>
      <w:tr>
        <w:tc>
          <w:tcPr>
            <w:tcW w:type="dxa" w:w="9972"/>
            <w:tcBorders>
              <w:top w:val="nil"/>
              <w:left w:val="nil"/>
              <w:bottom w:val="nil"/>
              <w:right w:val="nil"/>
              <w:insideH w:val="nil"/>
              <w:insideV w:val="nil"/>
            </w:tcBorders>
          </w:tcPr>
          <w:p>
            <w:pPr>
              <w:jc w:val="left"/>
            </w:pPr>
            <w:r>
              <w:t>Full Name: ______________________________</w:t>
            </w:r>
          </w:p>
        </w:tc>
      </w:tr>
    </w:tbl>
    <w:p/>
    <w:p>
      <w:r>
        <w:rPr>
          <w:b w:val="0"/>
          <w:sz w:val="20"/>
        </w:rPr>
        <w:t>Date: 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https://templatesdocs-au.com/notice-letter-to-employer/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notice-letter-to-employer/"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