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OFFICIAL WARNING LETTER</w:t>
      </w:r>
    </w:p>
    <w:p>
      <w:pPr>
        <w:jc w:val="center"/>
      </w:pPr>
      <w:r>
        <w:rPr>
          <w:b/>
          <w:sz w:val="20"/>
        </w:rPr>
        <w:t>VICTORIA SPEEDING INFRINGEMENT</w:t>
      </w:r>
    </w:p>
    <w:p/>
    <w:p/>
    <w:p>
      <w:r>
        <w:rPr>
          <w:b/>
          <w:sz w:val="20"/>
        </w:rPr>
        <w:t>Victoria Police</w:t>
      </w:r>
    </w:p>
    <w:p>
      <w:r>
        <w:rPr>
          <w:b w:val="0"/>
          <w:sz w:val="20"/>
        </w:rPr>
        <w:t>Traffic Enforcement Department</w:t>
      </w:r>
    </w:p>
    <w:p>
      <w:r>
        <w:rPr>
          <w:b w:val="0"/>
          <w:sz w:val="20"/>
        </w:rPr>
        <w:t>Victoria, Australia</w:t>
      </w:r>
    </w:p>
    <w:p/>
    <w:p/>
    <w:p>
      <w:r>
        <w:rPr>
          <w:b/>
          <w:sz w:val="22"/>
        </w:rPr>
        <w:t>To:</w:t>
      </w:r>
    </w:p>
    <w:p>
      <w:r>
        <w:rPr>
          <w:b w:val="0"/>
          <w:sz w:val="20"/>
        </w:rPr>
        <w:t>Name: ____________________________________________________________</w:t>
      </w:r>
    </w:p>
    <w:p>
      <w:r>
        <w:rPr>
          <w:b w:val="0"/>
          <w:sz w:val="20"/>
        </w:rPr>
        <w:t>Address: _________________________________________________________</w:t>
      </w:r>
    </w:p>
    <w:p>
      <w:r>
        <w:rPr>
          <w:b w:val="0"/>
          <w:sz w:val="20"/>
        </w:rPr>
        <w:t>Suburb/Town: ______________________    Postcode: _________________</w:t>
      </w:r>
    </w:p>
    <w:p>
      <w:r>
        <w:rPr>
          <w:b w:val="0"/>
          <w:sz w:val="20"/>
        </w:rPr>
        <w:t>Vehicle Registration Number: ______________________________________</w:t>
      </w:r>
    </w:p>
    <w:p/>
    <w:p/>
    <w:p>
      <w:r>
        <w:rPr>
          <w:b w:val="0"/>
          <w:sz w:val="20"/>
        </w:rPr>
        <w:t>Dear Sir/Madam,</w:t>
      </w:r>
    </w:p>
    <w:p/>
    <w:p>
      <w:r>
        <w:rPr>
          <w:b w:val="0"/>
          <w:sz w:val="20"/>
        </w:rPr>
        <w:t>This letter serves as an Official Warning in relation to a speeding offence recorded in Victoria. It is issued in accordance with the Road Safety Act 1986 (Victoria) and the applicable traffic regulations.</w:t>
      </w:r>
    </w:p>
    <w:p/>
    <w:p>
      <w:r>
        <w:rPr>
          <w:b/>
          <w:sz w:val="22"/>
        </w:rPr>
        <w:t>Details of the Speeding Offence:</w:t>
      </w:r>
    </w:p>
    <w:p>
      <w:r>
        <w:rPr>
          <w:b w:val="0"/>
          <w:sz w:val="20"/>
        </w:rPr>
        <w:t>Location: __________________________________________________________</w:t>
      </w:r>
    </w:p>
    <w:p>
      <w:r>
        <w:rPr>
          <w:b w:val="0"/>
          <w:sz w:val="20"/>
        </w:rPr>
        <w:t>Date and Time: _____________________________________________________</w:t>
      </w:r>
    </w:p>
    <w:p>
      <w:r>
        <w:rPr>
          <w:b w:val="0"/>
          <w:sz w:val="20"/>
        </w:rPr>
        <w:t>Speed Recorded: __________________ km/h</w:t>
      </w:r>
    </w:p>
    <w:p>
      <w:r>
        <w:rPr>
          <w:b w:val="0"/>
          <w:sz w:val="20"/>
        </w:rPr>
        <w:t>Speed Limit: _______________________ km/h</w:t>
      </w:r>
    </w:p>
    <w:p>
      <w:r>
        <w:rPr>
          <w:b w:val="0"/>
          <w:sz w:val="20"/>
        </w:rPr>
        <w:t>Detection Method: _________________________________________________</w:t>
      </w:r>
    </w:p>
    <w:p/>
    <w:p>
      <w:r>
        <w:rPr>
          <w:b w:val="0"/>
          <w:sz w:val="20"/>
        </w:rPr>
        <w:t>This Official Warning Letter is issued instead of an infringement notice, as a first warning to encourage compliance with the Victorian road safety laws. Please be advised that further offences may result in formal penalties including fines, demerit points, and possible court action.</w:t>
      </w:r>
    </w:p>
    <w:p/>
    <w:p>
      <w:r>
        <w:rPr>
          <w:b/>
          <w:sz w:val="22"/>
        </w:rPr>
        <w:t>Legal Basis:</w:t>
      </w:r>
    </w:p>
    <w:p>
      <w:r>
        <w:rPr>
          <w:b w:val="0"/>
          <w:sz w:val="20"/>
        </w:rPr>
        <w:t>This warning is issued under the authority of the Road Safety Act 1986 (Victoria), particularly sections dealing with speed offences and enforcement discretion. It is not a penalty notice but a formal notification to inform you of the recorded breach and encourage safe driving practices.</w:t>
      </w:r>
    </w:p>
    <w:p/>
    <w:p>
      <w:r>
        <w:rPr>
          <w:b/>
          <w:sz w:val="22"/>
        </w:rPr>
        <w:t>Your Obligations:</w:t>
      </w:r>
    </w:p>
    <w:p>
      <w:r>
        <w:rPr>
          <w:b w:val="0"/>
          <w:sz w:val="20"/>
        </w:rPr>
        <w:t>You are required to ensure compliance with all posted speed limits and traffic regulations. Failure to adhere to these laws may result in further enforcement action. This warning does not affect any other legal rights or obligations you may have under Victorian law.</w:t>
      </w:r>
    </w:p>
    <w:p/>
    <w:p>
      <w:r>
        <w:rPr>
          <w:b/>
          <w:sz w:val="22"/>
        </w:rPr>
        <w:t>Right to Dispute:</w:t>
      </w:r>
    </w:p>
    <w:p>
      <w:r>
        <w:rPr>
          <w:b w:val="0"/>
          <w:sz w:val="20"/>
        </w:rPr>
        <w:t>As this is an official warning and not an infringement notice, no formal dispute process is applicable. However, if you believe there has been an error in the detection or recording of this offence, you may contact Victoria Police Traffic Enforcement Department with supporting evidence for review.</w:t>
      </w:r>
    </w:p>
    <w:p/>
    <w:p>
      <w:r>
        <w:rPr>
          <w:b/>
          <w:sz w:val="22"/>
        </w:rPr>
        <w:t>Privacy Notice:</w:t>
      </w:r>
    </w:p>
    <w:p>
      <w:r>
        <w:rPr>
          <w:b w:val="0"/>
          <w:sz w:val="20"/>
        </w:rPr>
        <w:t>Any personal information collected in relation to this warning is managed in accordance with the Privacy and Data Protection Act 2014 (Victoria) and used solely for the purpose of road safety enforcement and administration.</w:t>
      </w:r>
    </w:p>
    <w:p/>
    <w:p>
      <w:r>
        <w:rPr>
          <w:b/>
          <w:sz w:val="22"/>
        </w:rPr>
        <w:t>Consequences of Further Offences:</w:t>
      </w:r>
    </w:p>
    <w:p>
      <w:r>
        <w:rPr>
          <w:b w:val="0"/>
          <w:sz w:val="20"/>
        </w:rPr>
        <w:t>Please be aware that any subsequent speeding offences may result in formal infringement notices with associated fines, demerit points, licence suspensions, or court proceedings as provided under Victorian law.</w:t>
      </w:r>
    </w:p>
    <w:p/>
    <w:p>
      <w:r>
        <w:rPr>
          <w:b w:val="0"/>
          <w:sz w:val="20"/>
        </w:rPr>
        <w:t>Victoria Police is committed to promoting road safety for all users. We encourage you to adhere strictly to speed limits and traffic laws to ensure the safety of yourself, your passengers, and others on the road.</w:t>
      </w:r>
    </w:p>
    <w:p/>
    <w:p/>
    <w:p>
      <w:r>
        <w:rPr>
          <w:b/>
          <w:sz w:val="22"/>
        </w:rPr>
        <w:t>Contact Information:</w:t>
      </w:r>
    </w:p>
    <w:p>
      <w:r>
        <w:rPr>
          <w:b w:val="0"/>
          <w:sz w:val="20"/>
        </w:rPr>
        <w:t>For any queries or further information, please contact:</w:t>
      </w:r>
    </w:p>
    <w:p>
      <w:r>
        <w:rPr>
          <w:b w:val="0"/>
          <w:sz w:val="20"/>
        </w:rPr>
        <w:t>Victoria Police Traffic Enforcement Department</w:t>
      </w:r>
    </w:p>
    <w:p>
      <w:r>
        <w:rPr>
          <w:b w:val="0"/>
          <w:sz w:val="20"/>
        </w:rPr>
        <w:t>Phone: 0000 000 000</w:t>
      </w:r>
    </w:p>
    <w:p>
      <w:r>
        <w:rPr>
          <w:b w:val="0"/>
          <w:sz w:val="20"/>
        </w:rPr>
        <w:t>Email: trafficenforcement@police.vic.gov.au</w:t>
      </w:r>
    </w:p>
    <w:p/>
    <w:p/>
    <w:p>
      <w:r>
        <w:rPr>
          <w:b w:val="0"/>
          <w:sz w:val="20"/>
        </w:rPr>
        <w:t>Yours faithfully,</w:t>
      </w:r>
    </w:p>
    <w:p/>
    <w:p/>
    <w:p/>
    <w:p/>
    <w:p>
      <w:r>
        <w:rPr>
          <w:b w:val="0"/>
          <w:sz w:val="20"/>
        </w:rPr>
        <w:t>_______________________________</w:t>
      </w:r>
    </w:p>
    <w:p>
      <w:r>
        <w:rPr>
          <w:b w:val="0"/>
          <w:sz w:val="20"/>
        </w:rPr>
        <w:t>Authorised Officer</w:t>
      </w:r>
    </w:p>
    <w:p>
      <w:r>
        <w:rPr>
          <w:b w:val="0"/>
          <w:sz w:val="20"/>
        </w:rPr>
        <w:t>Victoria Police Traffic Enforcement Department</w:t>
      </w:r>
    </w:p>
    <w:p/>
    <w:p/>
    <w:p>
      <w:r>
        <w:rPr>
          <w:b w:val="0"/>
          <w:sz w:val="20"/>
        </w:rPr>
        <w:t>Place: ____________________________    Date: 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Officer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https://templatesdocs-au.com/official-warning-letter-victoria-speeding/</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https://templatesdocs-au.com</w:t>
        </w:r>
      </w:hyperlink>
    </w:p>
    <w:p>
      <w:pPr>
        <w:jc w:val="center"/>
      </w:pPr>
      <w:r>
        <w:rPr>
          <w:color w:val="808080"/>
          <w:sz w:val="20"/>
        </w:rPr>
        <w:t>This template is intended exclusively for personal, non-commercial use.</w:t>
        <w:br/>
        <w:t>If distributed or published, the source must be mentioned. © templatesdocs-au.com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emplatesdocs-au.com/official-warning-letter-victoria-speeding/" TargetMode="External"/><Relationship Id="rId10" Type="http://schemas.openxmlformats.org/officeDocument/2006/relationships/hyperlink" Target="https://templatesdoc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