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PROPOSAL LETTER</w:t>
      </w:r>
    </w:p>
    <w:p/>
    <w:p/>
    <w:p>
      <w:r>
        <w:rPr>
          <w:b/>
          <w:sz w:val="22"/>
        </w:rPr>
        <w:t>Sender Information</w:t>
      </w:r>
    </w:p>
    <w:p>
      <w:r>
        <w:rPr>
          <w:b w:val="0"/>
          <w:sz w:val="20"/>
        </w:rPr>
        <w:t>Company Name: ____________________________________________________________</w:t>
      </w:r>
    </w:p>
    <w:p>
      <w:r>
        <w:rPr>
          <w:b w:val="0"/>
          <w:sz w:val="20"/>
        </w:rPr>
        <w:t>ABN: _________________________________________________________________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2"/>
        </w:rPr>
        <w:t>Recipient Information</w:t>
      </w:r>
    </w:p>
    <w:p>
      <w:r>
        <w:rPr>
          <w:b w:val="0"/>
          <w:sz w:val="20"/>
        </w:rPr>
        <w:t>Name/Company: 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Subject: Proposal for Services / Products</w:t>
      </w:r>
    </w:p>
    <w:p/>
    <w:p>
      <w:r>
        <w:rPr>
          <w:b w:val="0"/>
          <w:sz w:val="20"/>
        </w:rPr>
        <w:t>Dear Sir/Madam,</w:t>
      </w:r>
    </w:p>
    <w:p/>
    <w:p>
      <w:r>
        <w:rPr>
          <w:b w:val="0"/>
          <w:sz w:val="20"/>
        </w:rPr>
        <w:t>We are pleased to submit our proposal for the provision of services/products as described below. This proposal outlines the scope, terms, and conditions under which we offer to provide the requested services/products.</w:t>
      </w:r>
    </w:p>
    <w:p/>
    <w:p/>
    <w:p>
      <w:r>
        <w:rPr>
          <w:b/>
          <w:sz w:val="22"/>
        </w:rPr>
        <w:t>Proposal Details</w:t>
      </w:r>
    </w:p>
    <w:tbl>
      <w:tblPr>
        <w:tblStyle w:val="TableGrid"/>
        <w:tblW w:type="auto" w:w="0"/>
        <w:tblLayout w:type="fixed"/>
        <w:tblLook w:firstColumn="1" w:firstRow="1" w:lastColumn="0" w:lastRow="0" w:noHBand="0" w:noVBand="1" w:val="04A0"/>
      </w:tblPr>
      <w:tblGrid>
        <w:gridCol w:w="4986"/>
        <w:gridCol w:w="4986"/>
      </w:tblGrid>
      <w:tr>
        <w:tc>
          <w:tcPr>
            <w:tcW w:type="dxa" w:w="3402"/>
          </w:tcPr>
          <w:p>
            <w:r>
              <w:t>Description</w:t>
            </w:r>
          </w:p>
        </w:tc>
        <w:tc>
          <w:tcPr>
            <w:tcW w:type="dxa" w:w="5669"/>
          </w:tcPr>
          <w:p>
            <w:r>
              <w:t>Details</w:t>
            </w:r>
          </w:p>
        </w:tc>
      </w:tr>
      <w:tr>
        <w:tc>
          <w:tcPr>
            <w:tcW w:type="dxa" w:w="3402"/>
          </w:tcPr>
          <w:p>
            <w:r>
              <w:t>Scope of Work</w:t>
            </w:r>
          </w:p>
        </w:tc>
        <w:tc>
          <w:tcPr>
            <w:tcW w:type="dxa" w:w="5669"/>
          </w:tcPr>
          <w:p>
            <w:r>
              <w:t>__________________________________________________________________________</w:t>
            </w:r>
          </w:p>
        </w:tc>
      </w:tr>
      <w:tr>
        <w:tc>
          <w:tcPr>
            <w:tcW w:type="dxa" w:w="3402"/>
          </w:tcPr>
          <w:p>
            <w:r>
              <w:t>Deliverables</w:t>
            </w:r>
          </w:p>
        </w:tc>
        <w:tc>
          <w:tcPr>
            <w:tcW w:type="dxa" w:w="5669"/>
          </w:tcPr>
          <w:p>
            <w:r>
              <w:t>__________________________________________________________________________</w:t>
            </w:r>
          </w:p>
        </w:tc>
      </w:tr>
      <w:tr>
        <w:tc>
          <w:tcPr>
            <w:tcW w:type="dxa" w:w="3402"/>
          </w:tcPr>
          <w:p>
            <w:r>
              <w:t>Timeline</w:t>
            </w:r>
          </w:p>
        </w:tc>
        <w:tc>
          <w:tcPr>
            <w:tcW w:type="dxa" w:w="5669"/>
          </w:tcPr>
          <w:p>
            <w:r>
              <w:t>__________________________________________________________________________</w:t>
            </w:r>
          </w:p>
        </w:tc>
      </w:tr>
      <w:tr>
        <w:tc>
          <w:tcPr>
            <w:tcW w:type="dxa" w:w="3402"/>
          </w:tcPr>
          <w:p>
            <w:r>
              <w:t>Pricing</w:t>
            </w:r>
          </w:p>
        </w:tc>
        <w:tc>
          <w:tcPr>
            <w:tcW w:type="dxa" w:w="5669"/>
          </w:tcPr>
          <w:p>
            <w:r>
              <w:t>AUD ______________________________</w:t>
            </w:r>
          </w:p>
        </w:tc>
      </w:tr>
    </w:tbl>
    <w:p/>
    <w:p/>
    <w:p>
      <w:r>
        <w:rPr>
          <w:b/>
          <w:sz w:val="22"/>
        </w:rPr>
        <w:t>Terms and Conditions</w:t>
      </w:r>
    </w:p>
    <w:p>
      <w:r>
        <w:rPr>
          <w:b/>
          <w:sz w:val="20"/>
        </w:rPr>
        <w:t>1. Acceptance of Proposal</w:t>
      </w:r>
    </w:p>
    <w:p>
      <w:r>
        <w:rPr>
          <w:b w:val="0"/>
          <w:sz w:val="20"/>
        </w:rPr>
        <w:t>This proposal is valid for acceptance within thirty (30) days from the date of this letter. Acceptance must be in writing and signed by an authorised representative of the recipient.</w:t>
      </w:r>
    </w:p>
    <w:p/>
    <w:p>
      <w:r>
        <w:rPr>
          <w:b/>
          <w:sz w:val="20"/>
        </w:rPr>
        <w:t>2. Payment Terms</w:t>
      </w:r>
    </w:p>
    <w:p>
      <w:r>
        <w:rPr>
          <w:b w:val="0"/>
          <w:sz w:val="20"/>
        </w:rPr>
        <w:t>Payment shall be made in Australian Dollars (AUD) as per the pricing above. Unless otherwise agreed, payment is due within thirty (30) days from the invoice date. Late payments may incur interest at the rate prescribed by law.</w:t>
      </w:r>
    </w:p>
    <w:p/>
    <w:p>
      <w:r>
        <w:rPr>
          <w:b/>
          <w:sz w:val="20"/>
        </w:rPr>
        <w:t>3. Scope of Services / Products</w:t>
      </w:r>
    </w:p>
    <w:p>
      <w:r>
        <w:rPr>
          <w:b w:val="0"/>
          <w:sz w:val="20"/>
        </w:rPr>
        <w:t>The services/products to be provided shall be as detailed in the Proposal Details section above. Any changes or additional work must be agreed in writing and may affect pricing and timelines.</w:t>
      </w:r>
    </w:p>
    <w:p/>
    <w:p>
      <w:r>
        <w:rPr>
          <w:b/>
          <w:sz w:val="20"/>
        </w:rPr>
        <w:t>4. Confidentiality</w:t>
      </w:r>
    </w:p>
    <w:p>
      <w:r>
        <w:rPr>
          <w:b w:val="0"/>
          <w:sz w:val="20"/>
        </w:rPr>
        <w:t>Both parties agree to keep confidential all proprietary and commercially sensitive information disclosed during the course of this proposal and any resulting contract, except as required by law.</w:t>
      </w:r>
    </w:p>
    <w:p/>
    <w:p>
      <w:r>
        <w:rPr>
          <w:b/>
          <w:sz w:val="20"/>
        </w:rPr>
        <w:t>5. Liability and Indemnity</w:t>
      </w:r>
    </w:p>
    <w:p>
      <w:r>
        <w:rPr>
          <w:b w:val="0"/>
          <w:sz w:val="20"/>
        </w:rPr>
        <w:t>Our liability for any claim arising out of or in connection with this proposal or any resulting contract shall be limited to the amount payable under this proposal. Neither party shall be liable for any consequential or indirect loss. Each party agrees to indemnify and hold harmless the other from any claims arising from negligence or breach of contract.</w:t>
      </w:r>
    </w:p>
    <w:p/>
    <w:p>
      <w:r>
        <w:rPr>
          <w:b/>
          <w:sz w:val="20"/>
        </w:rPr>
        <w:t>6. Termination</w:t>
      </w:r>
    </w:p>
    <w:p>
      <w:r>
        <w:rPr>
          <w:b w:val="0"/>
          <w:sz w:val="20"/>
        </w:rPr>
        <w:t>Either party may terminate the agreement by providing written notice if the other party breaches any material term and fails to remedy it within a reasonable period. Upon termination, all outstanding payments shall become immediately due.</w:t>
      </w:r>
    </w:p>
    <w:p/>
    <w:p>
      <w:r>
        <w:rPr>
          <w:b/>
          <w:sz w:val="20"/>
        </w:rPr>
        <w:t>7. Governing Law and Jurisdiction</w:t>
      </w:r>
    </w:p>
    <w:p>
      <w:r>
        <w:rPr>
          <w:b w:val="0"/>
          <w:sz w:val="20"/>
        </w:rPr>
        <w:t>This proposal and any resulting contract shall be governed by and construed in accordance with the laws of the Commonwealth of Australia. The parties submit to the exclusive jurisdiction of the courts of [State/Territory] for any disputes arising out of or in connection with this proposal.</w:t>
      </w:r>
    </w:p>
    <w:p/>
    <w:p>
      <w:r>
        <w:rPr>
          <w:b/>
          <w:sz w:val="20"/>
        </w:rPr>
        <w:t>8. Entire Agreement</w:t>
      </w:r>
    </w:p>
    <w:p>
      <w:r>
        <w:rPr>
          <w:b w:val="0"/>
          <w:sz w:val="20"/>
        </w:rPr>
        <w:t>This proposal, including any attachments or referenced documents, constitutes the entire agreement between the parties relating to the subject matter and supersedes all prior agreements, understandings, or representations.</w:t>
      </w:r>
    </w:p>
    <w:p/>
    <w:p>
      <w:r>
        <w:rPr>
          <w:b/>
          <w:sz w:val="20"/>
        </w:rPr>
        <w:t>9. Force Majeure</w:t>
      </w:r>
    </w:p>
    <w:p>
      <w:r>
        <w:rPr>
          <w:b w:val="0"/>
          <w:sz w:val="20"/>
        </w:rPr>
        <w:t>Neither party shall be liable for any delay or failure to perform its obligations due to causes beyond its reasonable control, including but not limited to acts of God, government restrictions, natural disasters, strikes, or epidemics.</w:t>
      </w:r>
    </w:p>
    <w:p/>
    <w:p/>
    <w:p>
      <w:r>
        <w:rPr>
          <w:b w:val="0"/>
          <w:sz w:val="20"/>
        </w:rPr>
        <w:t>We look forward to the opportunity to work together and provide exceptional value. Please do not hesitate to contact us with any questions or clarifications.</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Authorised Representative (Sender)</w:t>
            </w:r>
          </w:p>
        </w:tc>
        <w:tc>
          <w:tcPr>
            <w:tcW w:type="dxa" w:w="4986"/>
            <w:tcBorders>
              <w:top w:val="nil"/>
              <w:left w:val="nil"/>
              <w:bottom w:val="nil"/>
              <w:right w:val="nil"/>
              <w:insideH w:val="nil"/>
              <w:insideV w:val="nil"/>
            </w:tcBorders>
          </w:tcPr>
          <w:p>
            <w:pPr>
              <w:jc w:val="center"/>
            </w:pPr>
            <w:r>
              <w:t>Authorised Representative (Recipient)</w:t>
            </w:r>
          </w:p>
        </w:tc>
      </w:tr>
      <w:tr>
        <w:tc>
          <w:tcPr>
            <w:tcW w:type="dxa" w:w="4986"/>
            <w:tcBorders>
              <w:top w:val="nil"/>
              <w:left w:val="nil"/>
              <w:bottom w:val="nil"/>
              <w:right w:val="nil"/>
              <w:insideH w:val="nil"/>
              <w:insideV w:val="nil"/>
            </w:tcBorders>
          </w:tcPr>
          <w:p>
            <w:pPr>
              <w:jc w:val="center"/>
            </w:pPr>
            <w:r>
              <w:br/>
              <w:br/>
              <w:t>Signature: _________________________</w:t>
              <w:br/>
              <w:t>Name: ________________________________</w:t>
              <w:br/>
              <w:t>Position: _____________________________</w:t>
            </w:r>
          </w:p>
        </w:tc>
        <w:tc>
          <w:tcPr>
            <w:tcW w:type="dxa" w:w="4986"/>
            <w:tcBorders>
              <w:top w:val="nil"/>
              <w:left w:val="nil"/>
              <w:bottom w:val="nil"/>
              <w:right w:val="nil"/>
              <w:insideH w:val="nil"/>
              <w:insideV w:val="nil"/>
            </w:tcBorders>
          </w:tcPr>
          <w:p>
            <w:pPr>
              <w:jc w:val="center"/>
            </w:pPr>
            <w:r>
              <w:br/>
              <w:br/>
              <w:t>Signature: _________________________</w:t>
              <w:br/>
              <w:t>Name: ________________________________</w:t>
              <w:br/>
              <w:t>Position: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https://templatesdocs-au.com/proposal-letter/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proposal-letter/"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