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CASUAL EMPLOYMENT RESIGNATION LETTER</w:t>
      </w:r>
    </w:p>
    <w:p/>
    <w:p/>
    <w:p>
      <w:r>
        <w:rPr>
          <w:b/>
          <w:sz w:val="20"/>
        </w:rPr>
        <w:t>To:</w:t>
      </w:r>
    </w:p>
    <w:p>
      <w:r>
        <w:rPr>
          <w:b w:val="0"/>
          <w:sz w:val="20"/>
        </w:rPr>
        <w:t>Manager / Supervisor</w:t>
      </w:r>
    </w:p>
    <w:p>
      <w:r>
        <w:rPr>
          <w:b w:val="0"/>
          <w:sz w:val="20"/>
        </w:rPr>
        <w:t>Company Name</w:t>
      </w:r>
    </w:p>
    <w:p>
      <w:r>
        <w:rPr>
          <w:b w:val="0"/>
          <w:sz w:val="20"/>
        </w:rPr>
        <w:t>Company Address Line 1</w:t>
      </w:r>
    </w:p>
    <w:p>
      <w:r>
        <w:rPr>
          <w:b w:val="0"/>
          <w:sz w:val="20"/>
        </w:rPr>
        <w:t>Company Address Line 2</w:t>
      </w:r>
    </w:p>
    <w:p>
      <w:r>
        <w:rPr>
          <w:b w:val="0"/>
          <w:sz w:val="20"/>
        </w:rPr>
        <w:t>City, State, Postcode</w:t>
      </w:r>
    </w:p>
    <w:p/>
    <w:p/>
    <w:p>
      <w:r>
        <w:rPr>
          <w:b w:val="0"/>
          <w:sz w:val="20"/>
        </w:rPr>
        <w:t>Dear Sir/Madam,</w:t>
      </w:r>
    </w:p>
    <w:p/>
    <w:p>
      <w:r>
        <w:rPr>
          <w:b w:val="0"/>
          <w:sz w:val="20"/>
        </w:rPr>
        <w:t>I am writing to formally resign from my position as a casual employee at the above company. This letter serves as my notice of resignation.</w:t>
      </w:r>
    </w:p>
    <w:p/>
    <w:p>
      <w:r>
        <w:rPr>
          <w:b w:val="0"/>
          <w:sz w:val="20"/>
        </w:rPr>
        <w:t>I understand that, as a casual employee, I am not required to provide a formal notice period under Australian employment law. However, I will endeavour to complete any outstanding duties and assist with a smooth transition during my remaining time.</w:t>
      </w:r>
    </w:p>
    <w:p/>
    <w:p>
      <w:r>
        <w:rPr>
          <w:b w:val="0"/>
          <w:sz w:val="20"/>
        </w:rPr>
        <w:t>My final day of work will be mutually agreed upon or on the date requested by the company, subject to operational requirements.</w:t>
      </w:r>
    </w:p>
    <w:p/>
    <w:p>
      <w:r>
        <w:rPr>
          <w:b w:val="0"/>
          <w:sz w:val="20"/>
        </w:rPr>
        <w:t>I appreciate the opportunity to work with the company and have gained valuable experience during my employment. This decision has been made after careful consideration and is in my best interests.</w:t>
      </w:r>
    </w:p>
    <w:p/>
    <w:p>
      <w:r>
        <w:rPr>
          <w:b w:val="0"/>
          <w:sz w:val="20"/>
        </w:rPr>
        <w:t>I will ensure that all company property, including keys, documents, and equipment, are returned promptly upon my departure.</w:t>
      </w:r>
    </w:p>
    <w:p/>
    <w:p>
      <w:r>
        <w:rPr>
          <w:b w:val="0"/>
          <w:sz w:val="20"/>
        </w:rPr>
        <w:t>Please advise on the arrangements regarding my final pay, including any accrued entitlements and outstanding wages, in accordance with the Fair Work Act 2009 and applicable modern awards or agreements.</w:t>
      </w:r>
    </w:p>
    <w:p/>
    <w:p>
      <w:r>
        <w:rPr>
          <w:b w:val="0"/>
          <w:sz w:val="20"/>
        </w:rPr>
        <w:t>Should you require any further information or assistance during this transition, please do not hesitate to contact me.</w:t>
      </w:r>
    </w:p>
    <w:p/>
    <w:p>
      <w:r>
        <w:rPr>
          <w:b w:val="0"/>
          <w:sz w:val="20"/>
        </w:rPr>
        <w:t>Thank you for the opportunities provided to me during my time with the company. I wish the organisation continued success.</w:t>
      </w:r>
    </w:p>
    <w:p/>
    <w:p/>
    <w:p>
      <w:r>
        <w:rPr>
          <w:b w:val="0"/>
          <w:sz w:val="20"/>
        </w:rPr>
        <w:t>Yours faithfully,</w:t>
      </w:r>
    </w:p>
    <w:p/>
    <w:p/>
    <w:p/>
    <w:p/>
    <w:p>
      <w:r>
        <w:rPr>
          <w:b w:val="0"/>
          <w:sz w:val="20"/>
        </w:rPr>
        <w:t>Signature: ____________________________________</w:t>
      </w:r>
    </w:p>
    <w:p>
      <w:r>
        <w:rPr>
          <w:b w:val="0"/>
          <w:sz w:val="20"/>
        </w:rPr>
        <w:t>Full Name: ____________________________________</w:t>
      </w:r>
    </w:p>
    <w:p/>
    <w:p/>
    <w:p>
      <w:r>
        <w:rPr>
          <w:b w:val="0"/>
          <w:sz w:val="20"/>
        </w:rPr>
        <w:t>Date: 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Witness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https://templatesdocs-au.com/resignation-letter-casual/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https://templatesdocs-au.com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templatesdocs-au.com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emplatesdocs-au.com/resignation-letter-casual/" TargetMode="External"/><Relationship Id="rId10" Type="http://schemas.openxmlformats.org/officeDocument/2006/relationships/hyperlink" Target="https://templatesdocs-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