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ROOMMATE AGREEMENT</w:t>
      </w:r>
    </w:p>
    <w:p/>
    <w:p>
      <w:r>
        <w:rPr>
          <w:b w:val="0"/>
          <w:sz w:val="20"/>
        </w:rPr>
        <w:t>This Roommate Agreement (the “Agreement”) is entered into by and between the undersigned roommates (individually “Roommate” and collectively “Roommates”).</w:t>
      </w:r>
    </w:p>
    <w:p/>
    <w:p>
      <w:r>
        <w:rPr>
          <w:b/>
          <w:sz w:val="20"/>
        </w:rPr>
        <w:t>Roommate Information:</w:t>
      </w:r>
    </w:p>
    <w:p>
      <w:r>
        <w:rPr>
          <w:b w:val="0"/>
          <w:sz w:val="20"/>
        </w:rPr>
        <w:t>Full Name: ____________________________________________________________</w:t>
      </w:r>
    </w:p>
    <w:p>
      <w:r>
        <w:rPr>
          <w:b w:val="0"/>
          <w:sz w:val="20"/>
        </w:rPr>
        <w:t>Address of Premises: 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sz w:val="20"/>
        </w:rPr>
        <w:t>1. Premises</w:t>
      </w:r>
    </w:p>
    <w:p>
      <w:r>
        <w:rPr>
          <w:b w:val="0"/>
          <w:sz w:val="20"/>
        </w:rPr>
        <w:t>The Roommates agree to share the residential premises located at the address specified above (the “Premises”). Each Roommate has the right to occupy the Premises subject to the terms of this Agreement and applicable law.</w:t>
      </w:r>
    </w:p>
    <w:p/>
    <w:p>
      <w:r>
        <w:rPr>
          <w:b/>
          <w:sz w:val="20"/>
        </w:rPr>
        <w:t>2. Term</w:t>
      </w:r>
    </w:p>
    <w:p>
      <w:r>
        <w:rPr>
          <w:b w:val="0"/>
          <w:sz w:val="20"/>
        </w:rPr>
        <w:t>This Agreement shall remain effective for the duration of the occupancy by the Roommates unless terminated earlier in accordance with this Agreement or applicable laws of Australia.</w:t>
      </w:r>
    </w:p>
    <w:p/>
    <w:p>
      <w:r>
        <w:rPr>
          <w:b/>
          <w:sz w:val="20"/>
        </w:rPr>
        <w:t>3. Rent and Utilities</w:t>
      </w:r>
    </w:p>
    <w:p>
      <w:r>
        <w:rPr>
          <w:b w:val="0"/>
          <w:sz w:val="20"/>
        </w:rPr>
        <w:t>a) Rent: The total rent for the Premises is AUD ________________ per month, payable to the landlord or other designated payee. Each Roommate agrees to pay their proportionate share as follows:</w:t>
      </w:r>
    </w:p>
    <w:p>
      <w:r>
        <w:rPr>
          <w:b w:val="0"/>
          <w:sz w:val="20"/>
        </w:rPr>
        <w:t xml:space="preserve">   - Roommate 1: __________ % or AUD ________________</w:t>
      </w:r>
    </w:p>
    <w:p>
      <w:r>
        <w:rPr>
          <w:b w:val="0"/>
          <w:sz w:val="20"/>
        </w:rPr>
        <w:t xml:space="preserve">   - Roommate 2: __________ % or AUD ________________</w:t>
      </w:r>
    </w:p>
    <w:p>
      <w:r>
        <w:rPr>
          <w:b w:val="0"/>
          <w:sz w:val="20"/>
        </w:rPr>
        <w:t xml:space="preserve">   - Additional Roommates: ________________________________________________</w:t>
      </w:r>
    </w:p>
    <w:p>
      <w:r>
        <w:rPr>
          <w:b w:val="0"/>
          <w:sz w:val="20"/>
        </w:rPr>
        <w:t>b) Payment: Rent shall be paid by each Roommate on or before the due date each month. Failure to pay rent timely may result in termination of this Agreement and legal remedies.</w:t>
      </w:r>
    </w:p>
    <w:p>
      <w:r>
        <w:rPr>
          <w:b w:val="0"/>
          <w:sz w:val="20"/>
        </w:rPr>
        <w:t>c) Utilities: Roommates shall share payment of all utilities and services (e.g., electricity, water, gas, internet) incurred during the tenancy in the following proportions or as otherwise agreed:</w:t>
      </w:r>
    </w:p>
    <w:p>
      <w:r>
        <w:rPr>
          <w:b w:val="0"/>
          <w:sz w:val="20"/>
        </w:rPr>
        <w:t xml:space="preserve">   - Roommate 1: __________ %</w:t>
      </w:r>
    </w:p>
    <w:p>
      <w:r>
        <w:rPr>
          <w:b w:val="0"/>
          <w:sz w:val="20"/>
        </w:rPr>
        <w:t xml:space="preserve">   - Roommate 2: __________ %</w:t>
      </w:r>
    </w:p>
    <w:p>
      <w:r>
        <w:rPr>
          <w:b w:val="0"/>
          <w:sz w:val="20"/>
        </w:rPr>
        <w:t xml:space="preserve">   - Additional Roommates: ________________________________________________</w:t>
      </w:r>
    </w:p>
    <w:p/>
    <w:p>
      <w:r>
        <w:rPr>
          <w:b/>
          <w:sz w:val="20"/>
        </w:rPr>
        <w:t>4. Security Deposit</w:t>
      </w:r>
    </w:p>
    <w:p>
      <w:r>
        <w:rPr>
          <w:b w:val="0"/>
          <w:sz w:val="20"/>
        </w:rPr>
        <w:t>Each Roommate shall contribute to the security deposit held by the landlord in the amount of AUD ________________. The security deposit shall be handled in accordance with applicable Australian tenancy laws and refunded or applied following the termination of tenancy and fulfillment of obligations herein.</w:t>
      </w:r>
    </w:p>
    <w:p/>
    <w:p>
      <w:r>
        <w:rPr>
          <w:b/>
          <w:sz w:val="20"/>
        </w:rPr>
        <w:t>5. Use of Premises and Maintenance</w:t>
      </w:r>
    </w:p>
    <w:p>
      <w:r>
        <w:rPr>
          <w:b w:val="0"/>
          <w:sz w:val="20"/>
        </w:rPr>
        <w:t>a) The Premises shall be used exclusively for residential purposes. Roommates agree to keep the Premises clean, safe, and free of damage beyond reasonable wear and tear.</w:t>
      </w:r>
    </w:p>
    <w:p>
      <w:r>
        <w:rPr>
          <w:b w:val="0"/>
          <w:sz w:val="20"/>
        </w:rPr>
        <w:t>b) Roommates shall cooperate in maintaining common areas and dividing cleaning responsibilities fairly.</w:t>
      </w:r>
    </w:p>
    <w:p>
      <w:r>
        <w:rPr>
          <w:b w:val="0"/>
          <w:sz w:val="20"/>
        </w:rPr>
        <w:t>c) Damage caused by any Roommate or their guests shall be repaired or paid for by the responsible party.</w:t>
      </w:r>
    </w:p>
    <w:p/>
    <w:p>
      <w:r>
        <w:rPr>
          <w:b/>
          <w:sz w:val="20"/>
        </w:rPr>
        <w:t>6. Guests</w:t>
      </w:r>
    </w:p>
    <w:p>
      <w:r>
        <w:rPr>
          <w:b w:val="0"/>
          <w:sz w:val="20"/>
        </w:rPr>
        <w:t>Roommates may have guests visit the Premises with reasonable prior notice to the other Roommates. No guest shall stay overnight for more than ______ consecutive nights without prior consent of all Roommates. Roommates are responsible for the behavior and actions of their guests.</w:t>
      </w:r>
    </w:p>
    <w:p/>
    <w:p>
      <w:r>
        <w:rPr>
          <w:b/>
          <w:sz w:val="20"/>
        </w:rPr>
        <w:t>7. Quiet Enjoyment and Conduct</w:t>
      </w:r>
    </w:p>
    <w:p>
      <w:r>
        <w:rPr>
          <w:b w:val="0"/>
          <w:sz w:val="20"/>
        </w:rPr>
        <w:t>Roommates agree to respect each other's right to quiet enjoyment of the Premises. Excessive noise, disruptive behavior, illegal activities, or harassment of any kind are prohibited. Failure to comply may result in termination of this Agreement.</w:t>
      </w:r>
    </w:p>
    <w:p/>
    <w:p>
      <w:r>
        <w:rPr>
          <w:b/>
          <w:sz w:val="20"/>
        </w:rPr>
        <w:t>8. Assignment and Subletting</w:t>
      </w:r>
    </w:p>
    <w:p>
      <w:r>
        <w:rPr>
          <w:b w:val="0"/>
          <w:sz w:val="20"/>
        </w:rPr>
        <w:t>No Roommate shall assign, sublet, or otherwise transfer their rights under this Agreement without the prior written consent of all other Roommates and the landlord, if applicable.</w:t>
      </w:r>
    </w:p>
    <w:p/>
    <w:p>
      <w:r>
        <w:rPr>
          <w:b/>
          <w:sz w:val="20"/>
        </w:rPr>
        <w:t>9. Termination</w:t>
      </w:r>
    </w:p>
    <w:p>
      <w:r>
        <w:rPr>
          <w:b w:val="0"/>
          <w:sz w:val="20"/>
        </w:rPr>
        <w:t>a) This Agreement may be terminated by mutual consent of all Roommates at any time.</w:t>
      </w:r>
    </w:p>
    <w:p>
      <w:r>
        <w:rPr>
          <w:b w:val="0"/>
          <w:sz w:val="20"/>
        </w:rPr>
        <w:t>b) A Roommate may terminate their participation in this Agreement by providing at least ______ days written notice to the other Roommates.</w:t>
      </w:r>
    </w:p>
    <w:p>
      <w:r>
        <w:rPr>
          <w:b w:val="0"/>
          <w:sz w:val="20"/>
        </w:rPr>
        <w:t>c) Upon termination, the departing Roommate shall pay all amounts due up to the date of departure and shall vacate the Premises in accordance with applicable laws.</w:t>
      </w:r>
    </w:p>
    <w:p/>
    <w:p>
      <w:r>
        <w:rPr>
          <w:b/>
          <w:sz w:val="20"/>
        </w:rPr>
        <w:t>10. Dispute Resolution</w:t>
      </w:r>
    </w:p>
    <w:p>
      <w:r>
        <w:rPr>
          <w:b w:val="0"/>
          <w:sz w:val="20"/>
        </w:rPr>
        <w:t>In the event of any dispute arising from or relating to this Agreement, the Roommates agree to attempt to resolve the matter amicably through direct negotiation. If unresolved, the dispute may be referred to mediation or other alternative dispute resolution methods before seeking legal remedies.</w:t>
      </w:r>
    </w:p>
    <w:p/>
    <w:p>
      <w:r>
        <w:rPr>
          <w:b/>
          <w:sz w:val="20"/>
        </w:rPr>
        <w:t>11. Governing Law</w:t>
      </w:r>
    </w:p>
    <w:p>
      <w:r>
        <w:rPr>
          <w:b w:val="0"/>
          <w:sz w:val="20"/>
        </w:rPr>
        <w:t>This Agreement shall be governed by and construed in accordance with the laws of Australia and applicable state or territory legislation governing residential tenancies.</w:t>
      </w:r>
    </w:p>
    <w:p/>
    <w:p>
      <w:r>
        <w:rPr>
          <w:b/>
          <w:sz w:val="20"/>
        </w:rPr>
        <w:t>12. Entire Agreement</w:t>
      </w:r>
    </w:p>
    <w:p>
      <w:r>
        <w:rPr>
          <w:b w:val="0"/>
          <w:sz w:val="20"/>
        </w:rPr>
        <w:t>This Agreement represents the entire understanding between the Roommates concerning the subject matter herein and supersedes all prior agreements or understandings, whether written or oral.</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ROOMMATE 1</w:t>
            </w:r>
          </w:p>
        </w:tc>
        <w:tc>
          <w:tcPr>
            <w:tcW w:type="dxa" w:w="4986"/>
            <w:tcBorders>
              <w:top w:val="nil"/>
              <w:left w:val="nil"/>
              <w:bottom w:val="nil"/>
              <w:right w:val="nil"/>
              <w:insideH w:val="nil"/>
              <w:insideV w:val="nil"/>
            </w:tcBorders>
          </w:tcPr>
          <w:p>
            <w:pPr>
              <w:jc w:val="center"/>
            </w:pPr>
            <w:r>
              <w:t>ROOMMATE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https://templatesdocs-au.com/roommate-agreement/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roommate-agreemen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