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RESIGNATION LETTER</w:t>
      </w:r>
    </w:p>
    <w:p/>
    <w:p/>
    <w:p>
      <w:r>
        <w:rPr>
          <w:b/>
          <w:sz w:val="20"/>
        </w:rPr>
        <w:t>To:</w:t>
      </w:r>
    </w:p>
    <w:p>
      <w:r>
        <w:rPr>
          <w:b w:val="0"/>
          <w:sz w:val="20"/>
        </w:rPr>
        <w:t>Manager / Human Resources Department</w:t>
      </w:r>
    </w:p>
    <w:p>
      <w:r>
        <w:rPr>
          <w:b w:val="0"/>
          <w:sz w:val="20"/>
        </w:rPr>
        <w:t>Company Name</w:t>
      </w:r>
    </w:p>
    <w:p>
      <w:r>
        <w:rPr>
          <w:b w:val="0"/>
          <w:sz w:val="20"/>
        </w:rPr>
        <w:t>Company Address</w:t>
      </w:r>
    </w:p>
    <w:p/>
    <w:p/>
    <w:p>
      <w:r>
        <w:rPr>
          <w:b/>
          <w:sz w:val="20"/>
        </w:rPr>
        <w:t>Subject: Notice of Resignation</w:t>
      </w:r>
    </w:p>
    <w:p/>
    <w:p>
      <w:r>
        <w:rPr>
          <w:b w:val="0"/>
          <w:sz w:val="20"/>
        </w:rPr>
        <w:t>Dear Sir/Madam,</w:t>
      </w:r>
    </w:p>
    <w:p/>
    <w:p>
      <w:r>
        <w:rPr>
          <w:b w:val="0"/>
          <w:sz w:val="20"/>
        </w:rPr>
        <w:t>I am writing to formally notify you of my resignation from my position as _______________ at Company Name, effective immediately upon the expiration of the notice period as per my employment contract.</w:t>
      </w:r>
    </w:p>
    <w:p/>
    <w:p>
      <w:r>
        <w:rPr>
          <w:b w:val="0"/>
          <w:sz w:val="20"/>
        </w:rPr>
        <w:t>In accordance with the Fair Work Act 2009 (Cth) and the terms of my employment agreement, I hereby provide the required notice period of _______________ weeks. My last working day will be _______________.</w:t>
      </w:r>
    </w:p>
    <w:p/>
    <w:p>
      <w:r>
        <w:rPr>
          <w:b w:val="0"/>
          <w:sz w:val="20"/>
        </w:rPr>
        <w:t>I have carefully considered this decision and believe it is in my best interest to pursue new opportunities. I wish to assure you of my commitment to ensuring a smooth handover of my duties and responsibilities during the notice period.</w:t>
      </w:r>
    </w:p>
    <w:p/>
    <w:p>
      <w:r>
        <w:rPr>
          <w:b w:val="0"/>
          <w:sz w:val="20"/>
        </w:rPr>
        <w:t>I am willing to assist with the transition process and to provide support in training my replacement to minimize disruption to the company's operations.</w:t>
      </w:r>
    </w:p>
    <w:p/>
    <w:p>
      <w:r>
        <w:rPr>
          <w:b w:val="0"/>
          <w:sz w:val="20"/>
        </w:rPr>
        <w:t>I would like to take this opportunity to thank you and the company for the professional development and support extended to me during my tenure. I have valued the opportunities provided and enjoyed working with my colleagues.</w:t>
      </w:r>
    </w:p>
    <w:p/>
    <w:p>
      <w:r>
        <w:rPr>
          <w:b w:val="0"/>
          <w:sz w:val="20"/>
        </w:rPr>
        <w:t>I will ensure that all company property in my possession, including but not limited to keys, access cards, documents, and equipment, will be returned on or before my last working day.</w:t>
      </w:r>
    </w:p>
    <w:p/>
    <w:p>
      <w:r>
        <w:rPr>
          <w:b w:val="0"/>
          <w:sz w:val="20"/>
        </w:rPr>
        <w:t>I acknowledge my continuing obligations under the confidentiality, intellectual property, and other relevant clauses of my employment contract and agree to comply fully with these obligations after my departure.</w:t>
      </w:r>
    </w:p>
    <w:p/>
    <w:p>
      <w:r>
        <w:rPr>
          <w:b w:val="0"/>
          <w:sz w:val="20"/>
        </w:rPr>
        <w:t>Please let me know if there are any formalities I should complete before my departure. I wish the company continued success in the future.</w:t>
      </w:r>
    </w:p>
    <w:p/>
    <w:p/>
    <w:p>
      <w:r>
        <w:rPr>
          <w:b w:val="0"/>
          <w:sz w:val="20"/>
        </w:rPr>
        <w:t>Yours faithfully,</w:t>
      </w:r>
    </w:p>
    <w:p/>
    <w:p/>
    <w:p/>
    <w:p/>
    <w:p>
      <w:r>
        <w:rPr>
          <w:b w:val="0"/>
          <w:sz w:val="20"/>
        </w:rPr>
        <w:t>______________________________</w:t>
      </w:r>
    </w:p>
    <w:p>
      <w:r>
        <w:rPr>
          <w:b w:val="0"/>
          <w:sz w:val="20"/>
        </w:rPr>
        <w:t>Employee Name</w:t>
      </w:r>
    </w:p>
    <w:p/>
    <w:p/>
    <w:p>
      <w:r>
        <w:rPr>
          <w:b w:val="0"/>
          <w:sz w:val="20"/>
        </w:rPr>
        <w:t>Date: 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Employee Signature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Employer / Manager Signature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https://templatesdocs-au.com/seek-resignation-letter/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https://templatesdocs-au.com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templatesdocs-au.com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emplatesdocs-au.com/seek-resignation-letter/" TargetMode="External"/><Relationship Id="rId10" Type="http://schemas.openxmlformats.org/officeDocument/2006/relationships/hyperlink" Target="https://templatesdocs-au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