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VICTORIA POLICE SPEEDING INFRINGEMENT REVIEW REQUEST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Victoria Police</w:t>
      </w:r>
    </w:p>
    <w:p>
      <w:r>
        <w:rPr>
          <w:b w:val="0"/>
          <w:sz w:val="20"/>
        </w:rPr>
        <w:t>Traffic Camera Office</w:t>
      </w:r>
    </w:p>
    <w:p>
      <w:r>
        <w:rPr>
          <w:b w:val="0"/>
          <w:sz w:val="20"/>
        </w:rPr>
        <w:t>P.O. Box 280</w:t>
      </w:r>
    </w:p>
    <w:p>
      <w:r>
        <w:rPr>
          <w:b w:val="0"/>
          <w:sz w:val="20"/>
        </w:rPr>
        <w:t>FLEMINGTON VIC 3031</w:t>
      </w:r>
    </w:p>
    <w:p/>
    <w:p/>
    <w:p>
      <w:r>
        <w:rPr>
          <w:b/>
          <w:sz w:val="20"/>
        </w:rPr>
        <w:t>Applicant Details: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</w:t>
      </w:r>
    </w:p>
    <w:p/>
    <w:p/>
    <w:p>
      <w:r>
        <w:rPr>
          <w:b/>
          <w:sz w:val="20"/>
        </w:rPr>
        <w:t>Infringement Notice Details:</w:t>
      </w:r>
    </w:p>
    <w:p>
      <w:r>
        <w:rPr>
          <w:b w:val="0"/>
          <w:sz w:val="20"/>
        </w:rPr>
        <w:t>Infringement Number: _________________________________________________</w:t>
      </w:r>
    </w:p>
    <w:p>
      <w:r>
        <w:rPr>
          <w:b w:val="0"/>
          <w:sz w:val="20"/>
        </w:rPr>
        <w:t>Vehicle Registration Number: __________________________________________</w:t>
      </w:r>
    </w:p>
    <w:p>
      <w:r>
        <w:rPr>
          <w:b w:val="0"/>
          <w:sz w:val="20"/>
        </w:rPr>
        <w:t>Date and Time of Alleged Offence: _____________________________________</w:t>
      </w:r>
    </w:p>
    <w:p>
      <w:r>
        <w:rPr>
          <w:b w:val="0"/>
          <w:sz w:val="20"/>
        </w:rPr>
        <w:t>Location of Offence: ___________________________________________________</w:t>
      </w:r>
    </w:p>
    <w:p/>
    <w:p/>
    <w:p>
      <w:r>
        <w:rPr>
          <w:b/>
          <w:sz w:val="20"/>
        </w:rPr>
        <w:t>Dear Sir or Madam,</w:t>
      </w:r>
    </w:p>
    <w:p/>
    <w:p>
      <w:r>
        <w:rPr>
          <w:b w:val="0"/>
          <w:sz w:val="20"/>
        </w:rPr>
        <w:t>I am writing to formally request a review of the speeding infringement notice detailed above issued pursuant to the Road Safety Act 1986 (Vic).</w:t>
      </w:r>
    </w:p>
    <w:p>
      <w:r>
        <w:rPr>
          <w:b w:val="0"/>
          <w:sz w:val="20"/>
        </w:rPr>
        <w:t>I respectfully seek consideration of the circumstances outlined below and request that the infringement notice be withdrawn or amended accordingly.</w:t>
      </w:r>
    </w:p>
    <w:p/>
    <w:p/>
    <w:p>
      <w:r>
        <w:rPr>
          <w:b/>
          <w:sz w:val="20"/>
        </w:rPr>
        <w:t>Grounds for Review</w:t>
      </w:r>
    </w:p>
    <w:p/>
    <w:p>
      <w:r>
        <w:rPr>
          <w:b/>
          <w:sz w:val="20"/>
        </w:rPr>
        <w:t>1. Factual Dispute</w:t>
      </w:r>
    </w:p>
    <w:p>
      <w:r>
        <w:rPr>
          <w:b w:val="0"/>
          <w:sz w:val="20"/>
        </w:rPr>
        <w:t>I contest the accuracy of the speed alleged in the infringement notice on the following grounds: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>
      <w:r>
        <w:rPr>
          <w:b/>
          <w:sz w:val="20"/>
        </w:rPr>
        <w:t>2. Procedural Irregularity</w:t>
      </w:r>
    </w:p>
    <w:p>
      <w:r>
        <w:rPr>
          <w:b w:val="0"/>
          <w:sz w:val="20"/>
        </w:rPr>
        <w:t>I believe there may have been procedural errors or irregularities in the processing or issuance of the infringement notice, including but not limited to: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>
      <w:r>
        <w:rPr>
          <w:b/>
          <w:sz w:val="20"/>
        </w:rPr>
        <w:t>3. Special Circumstances</w:t>
      </w:r>
    </w:p>
    <w:p>
      <w:r>
        <w:rPr>
          <w:b w:val="0"/>
          <w:sz w:val="20"/>
        </w:rPr>
        <w:t>I ask for leniency based on the following special circumstances which may justify withdrawal or reduction of the penalty: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>
      <w:r>
        <w:rPr>
          <w:b/>
          <w:sz w:val="20"/>
        </w:rPr>
        <w:t>4. Vehicle Ownership and Liability</w:t>
      </w:r>
    </w:p>
    <w:p>
      <w:r>
        <w:rPr>
          <w:b w:val="0"/>
          <w:sz w:val="20"/>
        </w:rPr>
        <w:t>If the vehicle was not under my control at the time of the alleged offence, please find below details of the actual driver or circumstances of liability: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>
      <w:r>
        <w:rPr>
          <w:b/>
          <w:sz w:val="20"/>
        </w:rPr>
        <w:t>Supporting Documents</w:t>
      </w:r>
    </w:p>
    <w:p>
      <w:r>
        <w:rPr>
          <w:b w:val="0"/>
          <w:sz w:val="20"/>
        </w:rPr>
        <w:t>Please find enclosed copies of supporting documents relevant to this review request, including but not limited to: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/>
    <w:p>
      <w:r>
        <w:rPr>
          <w:b/>
          <w:sz w:val="20"/>
        </w:rPr>
        <w:t>Declaration</w:t>
      </w:r>
    </w:p>
    <w:p>
      <w:r>
        <w:rPr>
          <w:b w:val="0"/>
          <w:sz w:val="20"/>
        </w:rPr>
        <w:t>I declare that the information provided in this letter and any attached documents is true and correct to the best of my knowledge. I understand that providing false or misleading information is an offence under Victorian law and may result in additional penalties.</w:t>
      </w:r>
    </w:p>
    <w:p/>
    <w:p/>
    <w:p>
      <w:r>
        <w:rPr>
          <w:b/>
          <w:sz w:val="20"/>
        </w:rPr>
        <w:t>Outcome Requested</w:t>
      </w:r>
    </w:p>
    <w:p>
      <w:r>
        <w:rPr>
          <w:b w:val="0"/>
          <w:sz w:val="20"/>
        </w:rPr>
        <w:t>Based on the information provided, I respectfully request that the infringement notice be:</w:t>
      </w:r>
    </w:p>
    <w:p>
      <w:r>
        <w:rPr>
          <w:b w:val="0"/>
          <w:sz w:val="20"/>
        </w:rPr>
        <w:t>- Withdrawn _____   or   Reduced _____ (please tick as appropriate)</w:t>
      </w:r>
    </w:p>
    <w:p/>
    <w:p/>
    <w:p>
      <w:r>
        <w:rPr>
          <w:b/>
          <w:sz w:val="20"/>
        </w:rPr>
        <w:t>Contact for Further Information</w:t>
      </w:r>
    </w:p>
    <w:p>
      <w:r>
        <w:rPr>
          <w:b w:val="0"/>
          <w:sz w:val="20"/>
        </w:rPr>
        <w:t>Should you require any further information or clarification, please contact me at the details provided above.</w:t>
      </w:r>
    </w:p>
    <w:p/>
    <w:p/>
    <w:p>
      <w:r>
        <w:rPr>
          <w:b w:val="0"/>
          <w:sz w:val="20"/>
        </w:rPr>
        <w:t>Thank you for your time and consideration.</w:t>
      </w:r>
    </w:p>
    <w:p/>
    <w:p/>
    <w:p>
      <w:r>
        <w:rPr>
          <w:b w:val="0"/>
          <w:sz w:val="20"/>
        </w:rPr>
        <w:t>Yours faithfully,</w:t>
      </w:r>
    </w:p>
    <w:p/>
    <w:p/>
    <w:p/>
    <w:p/>
    <w:p>
      <w:r>
        <w:rPr>
          <w:b w:val="0"/>
          <w:sz w:val="20"/>
        </w:rPr>
        <w:t>Signature: _________________________________________</w:t>
      </w:r>
    </w:p>
    <w:p>
      <w:r>
        <w:rPr>
          <w:b w:val="0"/>
          <w:sz w:val="20"/>
        </w:rPr>
        <w:t>Full Name (print): __________________________________</w:t>
      </w:r>
    </w:p>
    <w:p/>
    <w:p/>
    <w:p>
      <w:r>
        <w:rPr>
          <w:b w:val="0"/>
          <w:sz w:val="20"/>
        </w:rPr>
        <w:t>Date: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Applicant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Witness 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https://templatesdocs-au.com/speeding-fine-review-letter-victoria/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https://templatesdocs-au.com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templatesdocs-au.com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mplatesdocs-au.com/speeding-fine-review-letter-victoria/" TargetMode="External"/><Relationship Id="rId10" Type="http://schemas.openxmlformats.org/officeDocument/2006/relationships/hyperlink" Target="https://templatesdoc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