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STAFF DETAILS FORM</w:t>
      </w:r>
    </w:p>
    <w:p/>
    <w:p>
      <w:r>
        <w:rPr>
          <w:b/>
          <w:sz w:val="20"/>
        </w:rPr>
        <w:t>1. Personal Information</w:t>
      </w:r>
    </w:p>
    <w:p>
      <w:r>
        <w:rPr>
          <w:b w:val="0"/>
          <w:sz w:val="20"/>
        </w:rPr>
        <w:t>Full Name: ________________________________________________________________</w:t>
      </w:r>
    </w:p>
    <w:p>
      <w:r>
        <w:rPr>
          <w:b w:val="0"/>
          <w:sz w:val="20"/>
        </w:rPr>
        <w:t>Date of Birth: _____________________________________________________________</w:t>
      </w:r>
    </w:p>
    <w:p>
      <w:r>
        <w:rPr>
          <w:b w:val="0"/>
          <w:sz w:val="20"/>
        </w:rPr>
        <w:t>Gender: ___________________________________________________________________</w:t>
      </w:r>
    </w:p>
    <w:p>
      <w:r>
        <w:rPr>
          <w:b w:val="0"/>
          <w:sz w:val="20"/>
        </w:rPr>
        <w:t>Residential Address: _______________________________________________________</w:t>
      </w:r>
    </w:p>
    <w:p>
      <w:r>
        <w:rPr>
          <w:b w:val="0"/>
          <w:sz w:val="20"/>
        </w:rPr>
        <w:t>City/Suburb: ______________________________________________________________</w:t>
      </w:r>
    </w:p>
    <w:p>
      <w:r>
        <w:rPr>
          <w:b w:val="0"/>
          <w:sz w:val="20"/>
        </w:rPr>
        <w:t>State: ___________________________ Postcode: ______________________________</w:t>
      </w:r>
    </w:p>
    <w:p>
      <w:r>
        <w:rPr>
          <w:b w:val="0"/>
          <w:sz w:val="20"/>
        </w:rPr>
        <w:t>Phone Number (Mobile): _____________________________________________________</w:t>
      </w:r>
    </w:p>
    <w:p>
      <w:r>
        <w:rPr>
          <w:b w:val="0"/>
          <w:sz w:val="20"/>
        </w:rPr>
        <w:t>Alternate Phone Number: ____________________________________________________</w:t>
      </w:r>
    </w:p>
    <w:p>
      <w:r>
        <w:rPr>
          <w:b w:val="0"/>
          <w:sz w:val="20"/>
        </w:rPr>
        <w:t>Email Address: _____________________________________________________________</w:t>
      </w:r>
    </w:p>
    <w:p/>
    <w:p>
      <w:r>
        <w:rPr>
          <w:b/>
          <w:sz w:val="20"/>
        </w:rPr>
        <w:t>2. Employment Details</w:t>
      </w:r>
    </w:p>
    <w:p>
      <w:r>
        <w:rPr>
          <w:b w:val="0"/>
          <w:sz w:val="20"/>
        </w:rPr>
        <w:t>Position/Job Title: ________________________________________________________</w:t>
      </w:r>
    </w:p>
    <w:p>
      <w:r>
        <w:rPr>
          <w:b w:val="0"/>
          <w:sz w:val="20"/>
        </w:rPr>
        <w:t>Department: _______________________________________________________________</w:t>
      </w:r>
    </w:p>
    <w:p>
      <w:r>
        <w:rPr>
          <w:b w:val="0"/>
          <w:sz w:val="20"/>
        </w:rPr>
        <w:t>Employment Type (Full-time, Part-time, Casual): ______________________________</w:t>
      </w:r>
    </w:p>
    <w:p>
      <w:r>
        <w:rPr>
          <w:b w:val="0"/>
          <w:sz w:val="20"/>
        </w:rPr>
        <w:t>Employee ID (if applicable): ________________________________________________</w:t>
      </w:r>
    </w:p>
    <w:p>
      <w:r>
        <w:rPr>
          <w:b w:val="0"/>
          <w:sz w:val="20"/>
        </w:rPr>
        <w:t>Manager/Supervisor Name: ___________________________________________________</w:t>
      </w:r>
    </w:p>
    <w:p>
      <w:r>
        <w:rPr>
          <w:b w:val="0"/>
          <w:sz w:val="20"/>
        </w:rPr>
        <w:t>Work Location: ____________________________________________________________</w:t>
      </w:r>
    </w:p>
    <w:p/>
    <w:p>
      <w:r>
        <w:rPr>
          <w:b/>
          <w:sz w:val="20"/>
        </w:rPr>
        <w:t>3. Emergency Contact Details</w:t>
      </w:r>
    </w:p>
    <w:p>
      <w:r>
        <w:rPr>
          <w:b w:val="0"/>
          <w:sz w:val="20"/>
        </w:rPr>
        <w:t>Contact Name: ______________________________________________________________</w:t>
      </w:r>
    </w:p>
    <w:p>
      <w:r>
        <w:rPr>
          <w:b w:val="0"/>
          <w:sz w:val="20"/>
        </w:rPr>
        <w:t>Relationship: ______________________________________________________________</w:t>
      </w:r>
    </w:p>
    <w:p>
      <w:r>
        <w:rPr>
          <w:b w:val="0"/>
          <w:sz w:val="20"/>
        </w:rPr>
        <w:t>Phone Number: _____________________________________________________________</w:t>
      </w:r>
    </w:p>
    <w:p>
      <w:r>
        <w:rPr>
          <w:b w:val="0"/>
          <w:sz w:val="20"/>
        </w:rPr>
        <w:t>Alternate Phone Number: ____________________________________________________</w:t>
      </w:r>
    </w:p>
    <w:p/>
    <w:p>
      <w:r>
        <w:rPr>
          <w:b/>
          <w:sz w:val="20"/>
        </w:rPr>
        <w:t>4. Tax File Number Declaration</w:t>
      </w:r>
    </w:p>
    <w:p>
      <w:r>
        <w:rPr>
          <w:b w:val="0"/>
          <w:sz w:val="20"/>
        </w:rPr>
        <w:t>I declare that my Tax File Number (TFN) is: _________________________________</w:t>
      </w:r>
    </w:p>
    <w:p>
      <w:r>
        <w:rPr>
          <w:b w:val="0"/>
          <w:sz w:val="20"/>
        </w:rPr>
        <w:t>I understand that providing my TFN is voluntary but may affect the amount of tax withheld.</w:t>
      </w:r>
    </w:p>
    <w:p/>
    <w:p>
      <w:r>
        <w:rPr>
          <w:b/>
          <w:sz w:val="20"/>
        </w:rPr>
        <w:t>5. Superannuation Details</w:t>
      </w:r>
    </w:p>
    <w:p>
      <w:r>
        <w:rPr>
          <w:b w:val="0"/>
          <w:sz w:val="20"/>
        </w:rPr>
        <w:t>Superannuation Fund Name: _________________________________________________</w:t>
      </w:r>
    </w:p>
    <w:p>
      <w:r>
        <w:rPr>
          <w:b w:val="0"/>
          <w:sz w:val="20"/>
        </w:rPr>
        <w:t>Fund ABN: _________________________________________________________________</w:t>
      </w:r>
    </w:p>
    <w:p>
      <w:r>
        <w:rPr>
          <w:b w:val="0"/>
          <w:sz w:val="20"/>
        </w:rPr>
        <w:t>Member Number: ____________________________________________________________</w:t>
      </w:r>
    </w:p>
    <w:p/>
    <w:p>
      <w:r>
        <w:rPr>
          <w:b/>
          <w:sz w:val="20"/>
        </w:rPr>
        <w:t>6. Bank Account Details</w:t>
      </w:r>
    </w:p>
    <w:p>
      <w:r>
        <w:rPr>
          <w:b w:val="0"/>
          <w:sz w:val="20"/>
        </w:rPr>
        <w:t>Account Name: ______________________________________________________________</w:t>
      </w:r>
    </w:p>
    <w:p>
      <w:r>
        <w:rPr>
          <w:b w:val="0"/>
          <w:sz w:val="20"/>
        </w:rPr>
        <w:t>BSB Number: ________________________________________________________________</w:t>
      </w:r>
    </w:p>
    <w:p>
      <w:r>
        <w:rPr>
          <w:b w:val="0"/>
          <w:sz w:val="20"/>
        </w:rPr>
        <w:t>Account Number: ____________________________________________________________</w:t>
      </w:r>
    </w:p>
    <w:p/>
    <w:p>
      <w:r>
        <w:rPr>
          <w:b/>
          <w:sz w:val="20"/>
        </w:rPr>
        <w:t>7. Qualifications and Certifications</w:t>
      </w:r>
    </w:p>
    <w:p>
      <w:r>
        <w:rPr>
          <w:b w:val="0"/>
          <w:sz w:val="20"/>
        </w:rPr>
        <w:t>Please list all relevant qualifications, licenses, and certifications:</w:t>
      </w:r>
    </w:p>
    <w:p>
      <w:r>
        <w:rPr>
          <w:b w:val="0"/>
          <w:sz w:val="20"/>
        </w:rPr>
        <w:t>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</w:t>
      </w:r>
    </w:p>
    <w:p/>
    <w:p>
      <w:r>
        <w:rPr>
          <w:b/>
          <w:sz w:val="20"/>
        </w:rPr>
        <w:t>8. Medical Information and Health Declaration</w:t>
      </w:r>
    </w:p>
    <w:p>
      <w:r>
        <w:rPr>
          <w:b w:val="0"/>
          <w:sz w:val="20"/>
        </w:rPr>
        <w:t>Do you have any medical conditions or disabilities that may affect your work? (Yes/No) _______</w:t>
      </w:r>
    </w:p>
    <w:p>
      <w:r>
        <w:rPr>
          <w:b w:val="0"/>
          <w:sz w:val="20"/>
        </w:rPr>
        <w:t>If yes, please specify: 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</w:t>
      </w:r>
    </w:p>
    <w:p>
      <w:r>
        <w:rPr>
          <w:b w:val="0"/>
          <w:sz w:val="20"/>
        </w:rPr>
        <w:t>I declare that I am fit to perform the duties required of my position.</w:t>
      </w:r>
    </w:p>
    <w:p/>
    <w:p>
      <w:r>
        <w:rPr>
          <w:b/>
          <w:sz w:val="20"/>
        </w:rPr>
        <w:t>9. Privacy and Consent</w:t>
      </w:r>
    </w:p>
    <w:p>
      <w:r>
        <w:rPr>
          <w:b w:val="0"/>
          <w:sz w:val="20"/>
        </w:rPr>
        <w:t>I acknowledge that the information provided in this form is true and correct to the best of my knowledge.</w:t>
      </w:r>
    </w:p>
    <w:p>
      <w:r>
        <w:rPr>
          <w:b w:val="0"/>
          <w:sz w:val="20"/>
        </w:rPr>
        <w:t>I consent to the collection, use, and disclosure of my personal information in accordance with applicable Australian privacy laws and the employer's privacy policy.</w:t>
      </w:r>
    </w:p>
    <w:p>
      <w:r>
        <w:rPr>
          <w:b w:val="0"/>
          <w:sz w:val="20"/>
        </w:rPr>
        <w:t>I understand that providing false or misleading information may result in disciplinary action, including termination of employment.</w:t>
      </w:r>
    </w:p>
    <w:p/>
    <w:p>
      <w:r>
        <w:rPr>
          <w:b/>
          <w:sz w:val="20"/>
        </w:rPr>
        <w:t>10. Acknowledgement and Signature</w:t>
      </w:r>
    </w:p>
    <w:p>
      <w:r>
        <w:rPr>
          <w:b w:val="0"/>
          <w:sz w:val="20"/>
        </w:rPr>
        <w:t>I have read and understood the contents of this Staff Details Form and agree to comply with all related policies and procedures.</w:t>
      </w:r>
    </w:p>
    <w:p/>
    <w:p>
      <w:r>
        <w:rPr>
          <w:b w:val="0"/>
          <w:sz w:val="20"/>
        </w:rPr>
        <w:t>Signature: _____________________________________________</w:t>
      </w:r>
    </w:p>
    <w:p>
      <w:r>
        <w:rPr>
          <w:b w:val="0"/>
          <w:sz w:val="20"/>
        </w:rPr>
        <w:t>Print Name: ___________________________________________</w:t>
      </w:r>
    </w:p>
    <w:p>
      <w:r>
        <w:rPr>
          <w:b w:val="0"/>
          <w:sz w:val="20"/>
        </w:rPr>
        <w:t>Date: 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HR Officer: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_____________________________________________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Date Received: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_____________________________________________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Verified By: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_____________________________________________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Notes: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__________________________________________________________________________</w:t>
              <w:br/>
              <w:t>__________________________________________________________________________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https://templatesdocs-au.com/staff-details-form/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https://templatesdocs-au.com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templatesdocs-au.com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emplatesdocs-au.com/staff-details-form/" TargetMode="External"/><Relationship Id="rId10" Type="http://schemas.openxmlformats.org/officeDocument/2006/relationships/hyperlink" Target="https://templatesdocs-a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