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FORMAL TERMINATION LETTER</w:t>
      </w:r>
    </w:p>
    <w:p/>
    <w:p>
      <w:r>
        <w:rPr>
          <w:b/>
          <w:sz w:val="20"/>
        </w:rPr>
        <w:t>Recipient Information:</w:t>
      </w:r>
    </w:p>
    <w:p>
      <w:r>
        <w:rPr>
          <w:b w:val="0"/>
          <w:sz w:val="20"/>
        </w:rPr>
        <w:t>Full Name / Company Name: ______________________________________________________</w:t>
      </w:r>
    </w:p>
    <w:p>
      <w:r>
        <w:rPr>
          <w:b w:val="0"/>
          <w:sz w:val="20"/>
        </w:rPr>
        <w:t>Position / Role: ________________________________________________________________</w:t>
      </w:r>
    </w:p>
    <w:p>
      <w:r>
        <w:rPr>
          <w:b w:val="0"/>
          <w:sz w:val="20"/>
        </w:rPr>
        <w:t>Address: _______________________________________________________________________</w:t>
      </w:r>
    </w:p>
    <w:p>
      <w:r>
        <w:rPr>
          <w:b w:val="0"/>
          <w:sz w:val="20"/>
        </w:rPr>
        <w:t>Email: _________________________________________________________________________</w:t>
      </w:r>
    </w:p>
    <w:p>
      <w:r>
        <w:rPr>
          <w:b w:val="0"/>
          <w:sz w:val="20"/>
        </w:rPr>
        <w:t>Phone: _________________________________________________________________________</w:t>
      </w:r>
    </w:p>
    <w:p/>
    <w:p>
      <w:r>
        <w:rPr>
          <w:b/>
          <w:sz w:val="20"/>
        </w:rPr>
        <w:t>Sender Information:</w:t>
      </w:r>
    </w:p>
    <w:p>
      <w:r>
        <w:rPr>
          <w:b w:val="0"/>
          <w:sz w:val="20"/>
        </w:rPr>
        <w:t>Full Name / Company Name: ______________________________________________________</w:t>
      </w:r>
    </w:p>
    <w:p>
      <w:r>
        <w:rPr>
          <w:b w:val="0"/>
          <w:sz w:val="20"/>
        </w:rPr>
        <w:t>Position / Role: ________________________________________________________________</w:t>
      </w:r>
    </w:p>
    <w:p>
      <w:r>
        <w:rPr>
          <w:b w:val="0"/>
          <w:sz w:val="20"/>
        </w:rPr>
        <w:t>Address: _______________________________________________________________________</w:t>
      </w:r>
    </w:p>
    <w:p>
      <w:r>
        <w:rPr>
          <w:b w:val="0"/>
          <w:sz w:val="20"/>
        </w:rPr>
        <w:t>Email: _________________________________________________________________________</w:t>
      </w:r>
    </w:p>
    <w:p>
      <w:r>
        <w:rPr>
          <w:b w:val="0"/>
          <w:sz w:val="20"/>
        </w:rPr>
        <w:t>Phone: _________________________________________________________________________</w:t>
      </w:r>
    </w:p>
    <w:p/>
    <w:p>
      <w:pPr>
        <w:jc w:val="center"/>
      </w:pPr>
      <w:r>
        <w:rPr>
          <w:b/>
          <w:sz w:val="20"/>
        </w:rPr>
        <w:t>Subject: Termination of Contract / Agreement</w:t>
      </w:r>
    </w:p>
    <w:p/>
    <w:p/>
    <w:p>
      <w:r>
        <w:rPr>
          <w:b w:val="0"/>
          <w:sz w:val="20"/>
        </w:rPr>
        <w:t>Dear Sir/Madam,</w:t>
      </w:r>
    </w:p>
    <w:p/>
    <w:p>
      <w:r>
        <w:rPr>
          <w:b w:val="0"/>
          <w:sz w:val="20"/>
        </w:rPr>
        <w:t>I am writing to formally notify you of the termination of the contract/agreement between the undersigned parties, pursuant to the terms and conditions outlined below. This letter serves as the official notice in accordance with applicable Australian laws and the contractual provisions agreed upon.</w:t>
      </w:r>
    </w:p>
    <w:p/>
    <w:p>
      <w:r>
        <w:rPr>
          <w:b/>
          <w:sz w:val="20"/>
        </w:rPr>
        <w:t>1. Contract Details:</w:t>
      </w:r>
    </w:p>
    <w:p>
      <w:r>
        <w:rPr>
          <w:b w:val="0"/>
          <w:sz w:val="20"/>
        </w:rPr>
        <w:t>Contract Title / Description: _____________________________________________________</w:t>
      </w:r>
    </w:p>
    <w:p>
      <w:r>
        <w:rPr>
          <w:b w:val="0"/>
          <w:sz w:val="20"/>
        </w:rPr>
        <w:t>Contract Reference Number: ______________________________________________________</w:t>
      </w:r>
    </w:p>
    <w:p>
      <w:r>
        <w:rPr>
          <w:b w:val="0"/>
          <w:sz w:val="20"/>
        </w:rPr>
        <w:t>Effective Date of Contract: ______________________________________________________</w:t>
      </w:r>
    </w:p>
    <w:p>
      <w:r>
        <w:rPr>
          <w:b w:val="0"/>
          <w:sz w:val="20"/>
        </w:rPr>
        <w:t>Parties Involved: _______________________________________________________________</w:t>
      </w:r>
    </w:p>
    <w:p/>
    <w:p>
      <w:r>
        <w:rPr>
          <w:b/>
          <w:sz w:val="20"/>
        </w:rPr>
        <w:t>2. Termination Clause Reference:</w:t>
      </w:r>
    </w:p>
    <w:p>
      <w:r>
        <w:rPr>
          <w:b w:val="0"/>
          <w:sz w:val="20"/>
        </w:rPr>
        <w:t>This termination is made pursuant to clause(s) ___________________________ of the aforementioned agreement, which entitles either party to terminate the contract under specified conditions.</w:t>
      </w:r>
    </w:p>
    <w:p/>
    <w:p>
      <w:r>
        <w:rPr>
          <w:b/>
          <w:sz w:val="20"/>
        </w:rPr>
        <w:t>3. Reason for Termination:</w:t>
      </w:r>
    </w:p>
    <w:p>
      <w:r>
        <w:rPr>
          <w:b w:val="0"/>
          <w:sz w:val="20"/>
        </w:rPr>
        <w:t>The reason(s) for termination are as follows:</w:t>
      </w:r>
    </w:p>
    <w:p>
      <w:r>
        <w:rPr>
          <w:b w:val="0"/>
          <w:sz w:val="20"/>
        </w:rPr>
        <w:t>- _______________________________________________________________________________</w:t>
      </w:r>
    </w:p>
    <w:p>
      <w:r>
        <w:rPr>
          <w:b w:val="0"/>
          <w:sz w:val="20"/>
        </w:rPr>
        <w:t>- _______________________________________________________________________________</w:t>
      </w:r>
    </w:p>
    <w:p>
      <w:r>
        <w:rPr>
          <w:b w:val="0"/>
          <w:sz w:val="20"/>
        </w:rPr>
        <w:t>- _______________________________________________________________________________</w:t>
      </w:r>
    </w:p>
    <w:p/>
    <w:p>
      <w:r>
        <w:rPr>
          <w:b/>
          <w:sz w:val="20"/>
        </w:rPr>
        <w:t>4. Notice Period:</w:t>
      </w:r>
    </w:p>
    <w:p>
      <w:r>
        <w:rPr>
          <w:b w:val="0"/>
          <w:sz w:val="20"/>
        </w:rPr>
        <w:t>This letter constitutes the required notice period of _______________ days/weeks/months as stipulated in the contract. Termination shall take effect upon expiry of this notice period.</w:t>
      </w:r>
    </w:p>
    <w:p/>
    <w:p>
      <w:r>
        <w:rPr>
          <w:b/>
          <w:sz w:val="20"/>
        </w:rPr>
        <w:t>5. Outstanding Obligations:</w:t>
      </w:r>
    </w:p>
    <w:p>
      <w:r>
        <w:rPr>
          <w:b w:val="0"/>
          <w:sz w:val="20"/>
        </w:rPr>
        <w:t>Both parties shall fulfill any outstanding obligations, including but not limited to:</w:t>
      </w:r>
    </w:p>
    <w:p>
      <w:r>
        <w:rPr>
          <w:b w:val="0"/>
          <w:sz w:val="20"/>
        </w:rPr>
        <w:t>- Payment of any amounts due: _________________________________________________</w:t>
      </w:r>
    </w:p>
    <w:p>
      <w:r>
        <w:rPr>
          <w:b w:val="0"/>
          <w:sz w:val="20"/>
        </w:rPr>
        <w:t>- Return of property, materials, or confidential information: ___________________</w:t>
      </w:r>
    </w:p>
    <w:p>
      <w:r>
        <w:rPr>
          <w:b w:val="0"/>
          <w:sz w:val="20"/>
        </w:rPr>
        <w:t>- Completion of any ongoing duties or deliverables: ____________________________</w:t>
      </w:r>
    </w:p>
    <w:p/>
    <w:p>
      <w:r>
        <w:rPr>
          <w:b/>
          <w:sz w:val="20"/>
        </w:rPr>
        <w:t>6. Final Settlement:</w:t>
      </w:r>
    </w:p>
    <w:p>
      <w:r>
        <w:rPr>
          <w:b w:val="0"/>
          <w:sz w:val="20"/>
        </w:rPr>
        <w:t>A final settlement of accounts, including any refunds or payments, will be conducted no later than _______________________. Any disputes regarding this settlement shall be handled in accordance with the dispute resolution clause of the contract.</w:t>
      </w:r>
    </w:p>
    <w:p/>
    <w:p>
      <w:r>
        <w:rPr>
          <w:b/>
          <w:sz w:val="20"/>
        </w:rPr>
        <w:t>7. Confidentiality and Non-Disclosure:</w:t>
      </w:r>
    </w:p>
    <w:p>
      <w:r>
        <w:rPr>
          <w:b w:val="0"/>
          <w:sz w:val="20"/>
        </w:rPr>
        <w:t>The obligations regarding confidentiality and non-disclosure of proprietary information, as stipulated in the contract, shall survive the termination of the agreement.</w:t>
      </w:r>
    </w:p>
    <w:p/>
    <w:p>
      <w:r>
        <w:rPr>
          <w:b/>
          <w:sz w:val="20"/>
        </w:rPr>
        <w:t>8. Return of Property:</w:t>
      </w:r>
    </w:p>
    <w:p>
      <w:r>
        <w:rPr>
          <w:b w:val="0"/>
          <w:sz w:val="20"/>
        </w:rPr>
        <w:t>All property, documents, data, and other materials belonging to the other party must be returned or destroyed, as applicable, within ______________________ days following termination.</w:t>
      </w:r>
    </w:p>
    <w:p/>
    <w:p>
      <w:r>
        <w:rPr>
          <w:b/>
          <w:sz w:val="20"/>
        </w:rPr>
        <w:t>9. Release and Indemnity:</w:t>
      </w:r>
    </w:p>
    <w:p>
      <w:r>
        <w:rPr>
          <w:b w:val="0"/>
          <w:sz w:val="20"/>
        </w:rPr>
        <w:t>Upon full compliance with the terms herein, both parties release each other from any further claims, liabilities, or obligations arising from the contract, except as otherwise provided by law or agreement.</w:t>
      </w:r>
    </w:p>
    <w:p/>
    <w:p>
      <w:r>
        <w:rPr>
          <w:b/>
          <w:sz w:val="20"/>
        </w:rPr>
        <w:t>10. Dispute Resolution:</w:t>
      </w:r>
    </w:p>
    <w:p>
      <w:r>
        <w:rPr>
          <w:b w:val="0"/>
          <w:sz w:val="20"/>
        </w:rPr>
        <w:t>Any disputes arising from or related to this termination shall be resolved in accordance with the dispute resolution procedures set out in the original contract. Jurisdiction shall be exclusively vested in the courts of the Commonwealth of Australia.</w:t>
      </w:r>
    </w:p>
    <w:p/>
    <w:p>
      <w:r>
        <w:rPr>
          <w:b/>
          <w:sz w:val="20"/>
        </w:rPr>
        <w:t>11. Governing Law:</w:t>
      </w:r>
    </w:p>
    <w:p>
      <w:r>
        <w:rPr>
          <w:b w:val="0"/>
          <w:sz w:val="20"/>
        </w:rPr>
        <w:t>This termination letter and the rights and obligations of the parties shall be governed by and construed in accordance with the laws of the Commonwealth of Australia.</w:t>
      </w:r>
    </w:p>
    <w:p/>
    <w:p/>
    <w:p>
      <w:r>
        <w:rPr>
          <w:b w:val="0"/>
          <w:sz w:val="20"/>
        </w:rPr>
        <w:t>Please acknowledge receipt of this termination notice and confirm understanding of the terms herein by signing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Name: __________________________________</w:t>
            </w:r>
          </w:p>
        </w:tc>
        <w:tc>
          <w:tcPr>
            <w:tcW w:type="dxa" w:w="4986"/>
            <w:tcBorders>
              <w:top w:val="nil"/>
              <w:left w:val="nil"/>
              <w:bottom w:val="nil"/>
              <w:right w:val="nil"/>
              <w:insideH w:val="nil"/>
              <w:insideV w:val="nil"/>
            </w:tcBorders>
          </w:tcPr>
          <w:p>
            <w:pPr>
              <w:jc w:val="center"/>
            </w:pPr>
            <w:r>
              <w:t>Name: 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https://templatesdocs-au.com/termination-letter/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termination-letter/"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