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TO WHOM IT MAY CONCERN</w:t>
      </w:r>
    </w:p>
    <w:p/>
    <w:p/>
    <w:p>
      <w:r>
        <w:rPr>
          <w:b w:val="0"/>
          <w:sz w:val="20"/>
        </w:rPr>
        <w:t>This letter is issued to confirm and verify the information stated herein for all relevant and lawful purposes under Australian law.</w:t>
      </w:r>
    </w:p>
    <w:p/>
    <w:p>
      <w:r>
        <w:rPr>
          <w:b/>
          <w:sz w:val="20"/>
        </w:rPr>
        <w:t>Issuer Information:</w:t>
      </w:r>
    </w:p>
    <w:p>
      <w:r>
        <w:rPr>
          <w:b w:val="0"/>
          <w:sz w:val="20"/>
        </w:rPr>
        <w:t>Full Name: ________________________________________________________________</w:t>
      </w:r>
    </w:p>
    <w:p>
      <w:r>
        <w:rPr>
          <w:b w:val="0"/>
          <w:sz w:val="20"/>
        </w:rPr>
        <w:t>Position/Title: ____________________________________________________________</w:t>
      </w:r>
    </w:p>
    <w:p>
      <w:r>
        <w:rPr>
          <w:b w:val="0"/>
          <w:sz w:val="20"/>
        </w:rPr>
        <w:t>Organisation/Company Name: _______________________________________________</w:t>
      </w:r>
    </w:p>
    <w:p>
      <w:r>
        <w:rPr>
          <w:b w:val="0"/>
          <w:sz w:val="20"/>
        </w:rPr>
        <w:t>ABN (if applicable): _______________________________________________________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___________________________________________________________</w:t>
      </w:r>
    </w:p>
    <w:p>
      <w:r>
        <w:rPr>
          <w:b w:val="0"/>
          <w:sz w:val="20"/>
        </w:rPr>
        <w:t>Email: ___________________________________________________________________</w:t>
      </w:r>
    </w:p>
    <w:p/>
    <w:p>
      <w:r>
        <w:rPr>
          <w:b/>
          <w:sz w:val="20"/>
        </w:rPr>
        <w:t>Recipient / Relevant Party:</w:t>
      </w:r>
    </w:p>
    <w:p>
      <w:r>
        <w:rPr>
          <w:b w:val="0"/>
          <w:sz w:val="20"/>
        </w:rPr>
        <w:t>This letter is intended for the attention of any person or entity requiring validation or confirmation of the following details as they pertain to the issuer or the subject matter referenced herein.</w:t>
      </w:r>
    </w:p>
    <w:p/>
    <w:p>
      <w:r>
        <w:rPr>
          <w:b/>
          <w:sz w:val="20"/>
        </w:rPr>
        <w:t>Statement of Facts:</w:t>
      </w:r>
    </w:p>
    <w:p>
      <w:r>
        <w:rPr>
          <w:b w:val="0"/>
          <w:sz w:val="20"/>
        </w:rPr>
        <w:t>1. __________________________________________________________________________</w:t>
      </w:r>
    </w:p>
    <w:p>
      <w:r>
        <w:rPr>
          <w:b w:val="0"/>
          <w:sz w:val="20"/>
        </w:rPr>
        <w:t>2. __________________________________________________________________________</w:t>
      </w:r>
    </w:p>
    <w:p>
      <w:r>
        <w:rPr>
          <w:b w:val="0"/>
          <w:sz w:val="20"/>
        </w:rPr>
        <w:t>3. __________________________________________________________________________</w:t>
      </w:r>
    </w:p>
    <w:p>
      <w:r>
        <w:rPr>
          <w:b w:val="0"/>
          <w:sz w:val="20"/>
        </w:rPr>
        <w:t>4. __________________________________________________________________________</w:t>
      </w:r>
    </w:p>
    <w:p>
      <w:r>
        <w:rPr>
          <w:b w:val="0"/>
          <w:sz w:val="20"/>
        </w:rPr>
        <w:t>5. __________________________________________________________________________</w:t>
      </w:r>
    </w:p>
    <w:p/>
    <w:p>
      <w:r>
        <w:rPr>
          <w:b/>
          <w:sz w:val="20"/>
        </w:rPr>
        <w:t>Purpose:</w:t>
      </w:r>
    </w:p>
    <w:p>
      <w:r>
        <w:rPr>
          <w:b w:val="0"/>
          <w:sz w:val="20"/>
        </w:rPr>
        <w:t>This letter serves to provide official confirmation of the facts and information herein to any party requiring such verification for lawful, professional, or administrative purposes, including but not limited to employment verification, tenancy applications, legal proceedings, financial assessments, or other relevant matters.</w:t>
      </w:r>
    </w:p>
    <w:p/>
    <w:p>
      <w:r>
        <w:rPr>
          <w:b/>
          <w:sz w:val="20"/>
        </w:rPr>
        <w:t>Legal Compliance:</w:t>
      </w:r>
    </w:p>
    <w:p>
      <w:r>
        <w:rPr>
          <w:b w:val="0"/>
          <w:sz w:val="20"/>
        </w:rPr>
        <w:t>This document is governed by and shall be interpreted in accordance with the laws of the Commonwealth of Australia and the applicable state or territory legislation. The issuer confirms that all statements made herein are true and accurate to the best of their knowledge and belief, and that any falsification or misrepresentation may result in legal consequences under Australian law.</w:t>
      </w:r>
    </w:p>
    <w:p/>
    <w:p>
      <w:r>
        <w:rPr>
          <w:b/>
          <w:sz w:val="20"/>
        </w:rPr>
        <w:t>Confidentiality and Data Protection:</w:t>
      </w:r>
    </w:p>
    <w:p>
      <w:r>
        <w:rPr>
          <w:b w:val="0"/>
          <w:sz w:val="20"/>
        </w:rPr>
        <w:t>The information contained within this letter is confidential and intended solely for the recipient's use. It must be handled in compliance with the Privacy Act 1988 (Cth) and any other applicable privacy legislation. Unauthorized disclosure, copying, or distribution is strictly prohibited.</w:t>
      </w:r>
    </w:p>
    <w:p/>
    <w:p>
      <w:r>
        <w:rPr>
          <w:b/>
          <w:sz w:val="20"/>
        </w:rPr>
        <w:t>Limitations:</w:t>
      </w:r>
    </w:p>
    <w:p>
      <w:r>
        <w:rPr>
          <w:b w:val="0"/>
          <w:sz w:val="20"/>
        </w:rPr>
        <w:t>This letter is provided without warranty, expressed or implied, and does not constitute a contract or legally binding agreement beyond the confirmation of the stated facts. The issuer disclaims any liability for actions taken by third parties based on the contents of this letter except as required by law.</w:t>
      </w:r>
    </w:p>
    <w:p/>
    <w:p>
      <w:r>
        <w:rPr>
          <w:b/>
          <w:sz w:val="20"/>
        </w:rPr>
        <w:t>Acknowledgement:</w:t>
      </w:r>
    </w:p>
    <w:p>
      <w:r>
        <w:rPr>
          <w:b w:val="0"/>
          <w:sz w:val="20"/>
        </w:rPr>
        <w:t>By accepting and relying on this letter, the recipient acknowledges and agrees to the terms and conditions outlined herein and undertakes to use the information responsibly and lawfully.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ISSUER</w:t>
            </w:r>
          </w:p>
        </w:tc>
        <w:tc>
          <w:tcPr>
            <w:tcW w:type="dxa" w:w="4986"/>
            <w:tcBorders>
              <w:top w:val="nil"/>
              <w:left w:val="nil"/>
              <w:bottom w:val="nil"/>
              <w:right w:val="nil"/>
              <w:insideH w:val="nil"/>
              <w:insideV w:val="nil"/>
            </w:tcBorders>
          </w:tcPr>
          <w:p>
            <w:pPr>
              <w:jc w:val="center"/>
            </w:pPr>
            <w:r>
              <w:t>WITNESS / THIRD PARTY (if applicable)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Position/Title: ________________________</w:t>
            </w:r>
          </w:p>
        </w:tc>
        <w:tc>
          <w:tcPr>
            <w:tcW w:type="dxa" w:w="4986"/>
            <w:tcBorders>
              <w:top w:val="nil"/>
              <w:left w:val="nil"/>
              <w:bottom w:val="nil"/>
              <w:right w:val="nil"/>
              <w:insideH w:val="nil"/>
              <w:insideV w:val="nil"/>
            </w:tcBorders>
          </w:tcPr>
          <w:p>
            <w:pPr>
              <w:jc w:val="center"/>
            </w:pPr>
            <w:r>
              <w:t>Relation to Issuer: ____________________</w:t>
            </w:r>
          </w:p>
        </w:tc>
      </w:tr>
    </w:tbl>
    <w:p/>
    <w:p/>
    <w:p>
      <w:pPr>
        <w:jc w:val="center"/>
      </w:pPr>
      <w:r>
        <w:rPr>
          <w:b w:val="0"/>
          <w:sz w:val="20"/>
        </w:rPr>
        <w:t>Please retain this letter for your records.</w:t>
      </w:r>
    </w:p>
    <w:p>
      <w:r>
        <w:br w:type="page"/>
      </w:r>
    </w:p>
    <w:p>
      <w:pPr>
        <w:jc w:val="center"/>
      </w:pPr>
      <w:r>
        <w:rPr>
          <w:color w:val="555555"/>
          <w:sz w:val="24"/>
        </w:rPr>
        <w:t>Original source of this document:</w:t>
      </w:r>
    </w:p>
    <w:p>
      <w:pPr>
        <w:jc w:val="center"/>
      </w:pPr>
      <w:hyperlink r:id="rId9">
        <w:r>
          <w:rPr>
            <w:color w:val="0000FF"/>
            <w:u w:val="single"/>
          </w:rPr>
          <w:t>https://templatesdocs-au.com/to-whom-it-may-concern-letter/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to-whom-it-may-concern-letter/"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